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A62A7" w14:textId="77777777" w:rsidR="00804731" w:rsidRPr="006D0988" w:rsidRDefault="00804731">
      <w:pPr>
        <w:rPr>
          <w:lang w:val="pl-PL"/>
        </w:rPr>
      </w:pPr>
    </w:p>
    <w:p w14:paraId="1AE77FD4" w14:textId="47E0D862" w:rsidR="00804731" w:rsidRPr="006D0988" w:rsidRDefault="00000000">
      <w:pPr>
        <w:spacing w:after="40"/>
        <w:jc w:val="center"/>
        <w:rPr>
          <w:lang w:val="pl-PL"/>
        </w:rPr>
      </w:pPr>
      <w:r w:rsidRPr="006D0988">
        <w:rPr>
          <w:b/>
          <w:sz w:val="24"/>
          <w:lang w:val="pl-PL"/>
        </w:rPr>
        <w:t xml:space="preserve">Zarządzenie Nr </w:t>
      </w:r>
      <w:r w:rsidR="00F87FB9">
        <w:rPr>
          <w:b/>
          <w:sz w:val="24"/>
          <w:lang w:val="pl-PL"/>
        </w:rPr>
        <w:t>120</w:t>
      </w:r>
      <w:r w:rsidRPr="006D0988">
        <w:rPr>
          <w:b/>
          <w:sz w:val="24"/>
          <w:lang w:val="pl-PL"/>
        </w:rPr>
        <w:t>/2026</w:t>
      </w:r>
    </w:p>
    <w:p w14:paraId="3E1FB5B7" w14:textId="77777777" w:rsidR="00804731" w:rsidRPr="006D0988" w:rsidRDefault="00000000">
      <w:pPr>
        <w:spacing w:after="40"/>
        <w:jc w:val="center"/>
        <w:rPr>
          <w:lang w:val="pl-PL"/>
        </w:rPr>
      </w:pPr>
      <w:r w:rsidRPr="006D0988">
        <w:rPr>
          <w:b/>
          <w:sz w:val="24"/>
          <w:lang w:val="pl-PL"/>
        </w:rPr>
        <w:t>Wójta Gminy Pawłów</w:t>
      </w:r>
    </w:p>
    <w:p w14:paraId="618B152E" w14:textId="77777777" w:rsidR="00804731" w:rsidRPr="006D0988" w:rsidRDefault="00000000">
      <w:pPr>
        <w:spacing w:after="160"/>
        <w:jc w:val="center"/>
        <w:rPr>
          <w:lang w:val="pl-PL"/>
        </w:rPr>
      </w:pPr>
      <w:r w:rsidRPr="006D0988">
        <w:rPr>
          <w:b/>
          <w:sz w:val="22"/>
          <w:lang w:val="pl-PL"/>
        </w:rPr>
        <w:t xml:space="preserve">z dnia </w:t>
      </w:r>
      <w:r w:rsidR="008C4EBB" w:rsidRPr="006D0988">
        <w:rPr>
          <w:b/>
          <w:sz w:val="22"/>
          <w:lang w:val="pl-PL"/>
        </w:rPr>
        <w:t>27</w:t>
      </w:r>
      <w:r w:rsidRPr="006D0988">
        <w:rPr>
          <w:b/>
          <w:sz w:val="22"/>
          <w:lang w:val="pl-PL"/>
        </w:rPr>
        <w:t xml:space="preserve"> lipca 2026 r.</w:t>
      </w:r>
    </w:p>
    <w:p w14:paraId="2FB86E89" w14:textId="77777777" w:rsidR="00804731" w:rsidRPr="006D0988" w:rsidRDefault="00000000">
      <w:pPr>
        <w:spacing w:after="200"/>
        <w:jc w:val="center"/>
        <w:rPr>
          <w:lang w:val="pl-PL"/>
        </w:rPr>
      </w:pPr>
      <w:r w:rsidRPr="006D0988">
        <w:rPr>
          <w:b/>
          <w:lang w:val="pl-PL"/>
        </w:rPr>
        <w:t xml:space="preserve">w sprawie ogłoszenia naboru na wolne stanowisko urzędnicze – </w:t>
      </w:r>
      <w:r w:rsidR="008E5730" w:rsidRPr="006D0988">
        <w:rPr>
          <w:b/>
          <w:lang w:val="pl-PL"/>
        </w:rPr>
        <w:br/>
      </w:r>
      <w:r w:rsidRPr="006D0988">
        <w:rPr>
          <w:b/>
          <w:lang w:val="pl-PL"/>
        </w:rPr>
        <w:t>podinspektor ds. działalności gospodarczej</w:t>
      </w:r>
    </w:p>
    <w:p w14:paraId="51755C07" w14:textId="77777777" w:rsidR="008E5730" w:rsidRPr="006D0988" w:rsidRDefault="008E5730">
      <w:pPr>
        <w:jc w:val="both"/>
        <w:rPr>
          <w:lang w:val="pl-PL"/>
        </w:rPr>
      </w:pPr>
    </w:p>
    <w:p w14:paraId="1E5865B7" w14:textId="77777777" w:rsidR="008E5730" w:rsidRPr="006D0988" w:rsidRDefault="008E5730">
      <w:pPr>
        <w:jc w:val="both"/>
        <w:rPr>
          <w:lang w:val="pl-PL"/>
        </w:rPr>
      </w:pPr>
    </w:p>
    <w:p w14:paraId="4042E9E8" w14:textId="77777777" w:rsidR="00804731" w:rsidRPr="006D0988" w:rsidRDefault="00000000">
      <w:pPr>
        <w:jc w:val="both"/>
        <w:rPr>
          <w:lang w:val="pl-PL"/>
        </w:rPr>
      </w:pPr>
      <w:r w:rsidRPr="006D0988">
        <w:rPr>
          <w:lang w:val="pl-PL"/>
        </w:rPr>
        <w:t>Na podstawie art. 33 ust. 3 ustawy z dnia 8 marca 1990 r. o samorządzie gminnym (Dz. U. z 2026 r. poz. 662), art. 11 ust. 1, art. 13 i art. 13a ustawy z dnia 21 listopada 2008 r. o pracownikach samorządowych (Dz. U. z 2024 r. poz. 1135) oraz Zarządzenia Nr 44/2018 Wójta Gminy Pawłów z dnia 12 kwietnia 2018 r. w sprawie wprowadzenia Regulaminu naboru na wolne stanowiska urzędnicze, w tym kierownicze stanowiska urzędnicze, w Urzędzie Gminy w Pawłowie, zarządza się, co następuje:</w:t>
      </w:r>
    </w:p>
    <w:p w14:paraId="62144D9C" w14:textId="77777777" w:rsidR="00804731" w:rsidRPr="006D0988" w:rsidRDefault="00000000">
      <w:pPr>
        <w:spacing w:before="100"/>
        <w:rPr>
          <w:lang w:val="pl-PL"/>
        </w:rPr>
      </w:pPr>
      <w:r w:rsidRPr="006D0988">
        <w:rPr>
          <w:b/>
          <w:lang w:val="pl-PL"/>
        </w:rPr>
        <w:t xml:space="preserve">§ 1. </w:t>
      </w:r>
      <w:r w:rsidRPr="006D0988">
        <w:rPr>
          <w:lang w:val="pl-PL"/>
        </w:rPr>
        <w:t>1. Ogłasza się nabór kandydatów na wolne stanowisko urzędnicze w Urzędzie Gminy w Pawłowie – podinspektor ds. działalności gospodarczej.</w:t>
      </w:r>
    </w:p>
    <w:p w14:paraId="3FF23BD4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2. Ogłoszenie o naborze stanowi załącznik do niniejszego zarządzenia.</w:t>
      </w:r>
    </w:p>
    <w:p w14:paraId="4AEE0BE8" w14:textId="77777777" w:rsidR="00804731" w:rsidRPr="006D0988" w:rsidRDefault="00000000">
      <w:pPr>
        <w:spacing w:before="100"/>
        <w:rPr>
          <w:lang w:val="pl-PL"/>
        </w:rPr>
      </w:pPr>
      <w:r w:rsidRPr="006D0988">
        <w:rPr>
          <w:b/>
          <w:lang w:val="pl-PL"/>
        </w:rPr>
        <w:t xml:space="preserve">§ 2. </w:t>
      </w:r>
      <w:r w:rsidRPr="006D0988">
        <w:rPr>
          <w:lang w:val="pl-PL"/>
        </w:rPr>
        <w:t>Zarządzenie wchodzi w życie z dniem podpisania.</w:t>
      </w:r>
    </w:p>
    <w:p w14:paraId="294B9F98" w14:textId="77777777" w:rsidR="00804731" w:rsidRPr="006D0988" w:rsidRDefault="00804731">
      <w:pPr>
        <w:rPr>
          <w:lang w:val="pl-PL"/>
        </w:rPr>
      </w:pPr>
    </w:p>
    <w:p w14:paraId="55365BAA" w14:textId="77777777" w:rsidR="008E5730" w:rsidRPr="006D0988" w:rsidRDefault="008E5730">
      <w:pPr>
        <w:jc w:val="right"/>
        <w:rPr>
          <w:lang w:val="pl-PL"/>
        </w:rPr>
      </w:pPr>
    </w:p>
    <w:p w14:paraId="2167739C" w14:textId="77777777" w:rsidR="008E5730" w:rsidRPr="006D0988" w:rsidRDefault="008E5730">
      <w:pPr>
        <w:jc w:val="right"/>
        <w:rPr>
          <w:lang w:val="pl-PL"/>
        </w:rPr>
      </w:pPr>
    </w:p>
    <w:p w14:paraId="1EFFCE9E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br w:type="page"/>
      </w:r>
    </w:p>
    <w:p w14:paraId="56A6555E" w14:textId="59FCB691" w:rsidR="00804731" w:rsidRPr="006D0988" w:rsidRDefault="00000000">
      <w:pPr>
        <w:spacing w:after="200"/>
        <w:jc w:val="right"/>
        <w:rPr>
          <w:lang w:val="pl-PL"/>
        </w:rPr>
      </w:pPr>
      <w:r w:rsidRPr="006D0988">
        <w:rPr>
          <w:sz w:val="19"/>
          <w:lang w:val="pl-PL"/>
        </w:rPr>
        <w:lastRenderedPageBreak/>
        <w:t>Załącznik</w:t>
      </w:r>
      <w:r w:rsidR="00F87FB9">
        <w:rPr>
          <w:sz w:val="19"/>
          <w:lang w:val="pl-PL"/>
        </w:rPr>
        <w:t xml:space="preserve"> nr 1</w:t>
      </w:r>
      <w:r w:rsidRPr="006D0988">
        <w:rPr>
          <w:sz w:val="19"/>
          <w:lang w:val="pl-PL"/>
        </w:rPr>
        <w:t xml:space="preserve"> do Zarządzenia Nr </w:t>
      </w:r>
      <w:r w:rsidR="00F87FB9">
        <w:rPr>
          <w:sz w:val="19"/>
          <w:lang w:val="pl-PL"/>
        </w:rPr>
        <w:t>120</w:t>
      </w:r>
      <w:r w:rsidRPr="006D0988">
        <w:rPr>
          <w:sz w:val="19"/>
          <w:lang w:val="pl-PL"/>
        </w:rPr>
        <w:t>/2026</w:t>
      </w:r>
      <w:r w:rsidRPr="006D0988">
        <w:rPr>
          <w:sz w:val="19"/>
          <w:lang w:val="pl-PL"/>
        </w:rPr>
        <w:br/>
        <w:t xml:space="preserve">Wójta Gminy Pawłów z dnia </w:t>
      </w:r>
      <w:r w:rsidR="008C4EBB" w:rsidRPr="006D0988">
        <w:rPr>
          <w:sz w:val="19"/>
          <w:lang w:val="pl-PL"/>
        </w:rPr>
        <w:t>27</w:t>
      </w:r>
      <w:r w:rsidRPr="006D0988">
        <w:rPr>
          <w:sz w:val="19"/>
          <w:lang w:val="pl-PL"/>
        </w:rPr>
        <w:t xml:space="preserve"> lipca 2026 r.</w:t>
      </w:r>
    </w:p>
    <w:p w14:paraId="4625EC69" w14:textId="77777777" w:rsidR="00804731" w:rsidRPr="006D0988" w:rsidRDefault="00000000">
      <w:pPr>
        <w:spacing w:after="40"/>
        <w:jc w:val="center"/>
        <w:rPr>
          <w:lang w:val="pl-PL"/>
        </w:rPr>
      </w:pPr>
      <w:r w:rsidRPr="006D0988">
        <w:rPr>
          <w:b/>
          <w:sz w:val="26"/>
          <w:lang w:val="pl-PL"/>
        </w:rPr>
        <w:t>OGŁOSZENIE O NABORZE NA WOLNE STANOWISKO URZĘDNICZE</w:t>
      </w:r>
    </w:p>
    <w:p w14:paraId="37EB5C40" w14:textId="77777777" w:rsidR="00804731" w:rsidRPr="006D0988" w:rsidRDefault="00000000">
      <w:pPr>
        <w:spacing w:after="160"/>
        <w:jc w:val="center"/>
        <w:rPr>
          <w:lang w:val="pl-PL"/>
        </w:rPr>
      </w:pPr>
      <w:r w:rsidRPr="006D0988">
        <w:rPr>
          <w:b/>
          <w:sz w:val="24"/>
          <w:lang w:val="pl-PL"/>
        </w:rPr>
        <w:t>PODINSPEKTOR DS. DZIAŁALNOŚCI GOSPODARCZEJ</w:t>
      </w:r>
    </w:p>
    <w:p w14:paraId="5B3ED080" w14:textId="77777777" w:rsidR="008E5730" w:rsidRPr="006D0988" w:rsidRDefault="008E5730">
      <w:pPr>
        <w:keepNext/>
        <w:spacing w:before="120"/>
        <w:rPr>
          <w:b/>
          <w:lang w:val="pl-PL"/>
        </w:rPr>
      </w:pPr>
    </w:p>
    <w:p w14:paraId="13D1A2C2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I. Nazwa i adres jednostki</w:t>
      </w:r>
    </w:p>
    <w:p w14:paraId="6C5DA14C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Urząd Gminy w Pawłowie, Pawłów 56, 27-225 Pawłów.</w:t>
      </w:r>
    </w:p>
    <w:p w14:paraId="5F01E2FC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II. Określenie stanowiska</w:t>
      </w:r>
    </w:p>
    <w:p w14:paraId="666DB97B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Podinspektor ds. działalności gospodarczej – pełny wymiar czasu pracy (1 etat).</w:t>
      </w:r>
    </w:p>
    <w:p w14:paraId="1A719F05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III. Wymagania związane ze stanowiskiem</w:t>
      </w:r>
    </w:p>
    <w:p w14:paraId="13EE358C" w14:textId="77777777" w:rsidR="00804731" w:rsidRPr="006D0988" w:rsidRDefault="00000000">
      <w:pPr>
        <w:rPr>
          <w:lang w:val="pl-PL"/>
        </w:rPr>
      </w:pPr>
      <w:r w:rsidRPr="006D0988">
        <w:rPr>
          <w:b/>
          <w:lang w:val="pl-PL"/>
        </w:rPr>
        <w:t>1. Wymagania niezbędne:</w:t>
      </w:r>
    </w:p>
    <w:p w14:paraId="3488EE36" w14:textId="77777777" w:rsidR="00804731" w:rsidRPr="006D0988" w:rsidRDefault="008E5730" w:rsidP="008E5730">
      <w:pPr>
        <w:pStyle w:val="Listadokumentu"/>
        <w:numPr>
          <w:ilvl w:val="0"/>
          <w:numId w:val="10"/>
        </w:numPr>
        <w:rPr>
          <w:lang w:val="pl-PL"/>
        </w:rPr>
      </w:pPr>
      <w:r w:rsidRPr="006D0988">
        <w:rPr>
          <w:lang w:val="pl-PL"/>
        </w:rPr>
        <w:t>obywatelstwo polskie, z zastrzeżeniem art. 11 ust. 2 i 3 ustawy o pracownikach samorządowych;</w:t>
      </w:r>
    </w:p>
    <w:p w14:paraId="042769DC" w14:textId="77777777" w:rsidR="00804731" w:rsidRPr="006D0988" w:rsidRDefault="00000000" w:rsidP="008E5730">
      <w:pPr>
        <w:pStyle w:val="Listadokumentu"/>
        <w:numPr>
          <w:ilvl w:val="0"/>
          <w:numId w:val="10"/>
        </w:numPr>
        <w:rPr>
          <w:lang w:val="pl-PL"/>
        </w:rPr>
      </w:pPr>
      <w:r w:rsidRPr="006D0988">
        <w:rPr>
          <w:lang w:val="pl-PL"/>
        </w:rPr>
        <w:t>pełna zdolność do czynności prawnych oraz korzystanie z pełni praw publicznych;</w:t>
      </w:r>
    </w:p>
    <w:p w14:paraId="7714C109" w14:textId="77777777" w:rsidR="00804731" w:rsidRPr="006D0988" w:rsidRDefault="00000000" w:rsidP="008E5730">
      <w:pPr>
        <w:pStyle w:val="Listadokumentu"/>
        <w:numPr>
          <w:ilvl w:val="0"/>
          <w:numId w:val="10"/>
        </w:numPr>
        <w:rPr>
          <w:lang w:val="pl-PL"/>
        </w:rPr>
      </w:pPr>
      <w:r w:rsidRPr="006D0988">
        <w:rPr>
          <w:lang w:val="pl-PL"/>
        </w:rPr>
        <w:t>brak prawomocnego skazania za umyślne przestępstwo ścigane z oskarżenia publicznego lub umyślne przestępstwo skarbowe;</w:t>
      </w:r>
    </w:p>
    <w:p w14:paraId="723E653C" w14:textId="77777777" w:rsidR="00804731" w:rsidRPr="006D0988" w:rsidRDefault="00000000" w:rsidP="008E5730">
      <w:pPr>
        <w:pStyle w:val="Listadokumentu"/>
        <w:numPr>
          <w:ilvl w:val="0"/>
          <w:numId w:val="10"/>
        </w:numPr>
        <w:rPr>
          <w:lang w:val="pl-PL"/>
        </w:rPr>
      </w:pPr>
      <w:r w:rsidRPr="006D0988">
        <w:rPr>
          <w:lang w:val="pl-PL"/>
        </w:rPr>
        <w:t>nieposzlakowana opinia;</w:t>
      </w:r>
    </w:p>
    <w:p w14:paraId="5EBEAF72" w14:textId="77777777" w:rsidR="00804731" w:rsidRPr="006D0988" w:rsidRDefault="00000000" w:rsidP="008E5730">
      <w:pPr>
        <w:pStyle w:val="Listadokumentu"/>
        <w:numPr>
          <w:ilvl w:val="0"/>
          <w:numId w:val="10"/>
        </w:numPr>
        <w:rPr>
          <w:lang w:val="pl-PL"/>
        </w:rPr>
      </w:pPr>
      <w:r w:rsidRPr="006D0988">
        <w:rPr>
          <w:lang w:val="pl-PL"/>
        </w:rPr>
        <w:t>wykształcenie wyższe w zakresie umożliwiającym wykonywanie zadań na stanowisku – bez wymaganego stażu pracy, albo wykształcenie średnie lub średnie branżowe o odpowiednim profilu – i co najmniej 3-letni staż pracy</w:t>
      </w:r>
      <w:r w:rsidRPr="006D0988">
        <w:rPr>
          <w:color w:val="C00000"/>
          <w:lang w:val="pl-PL"/>
        </w:rPr>
        <w:t>;</w:t>
      </w:r>
    </w:p>
    <w:p w14:paraId="545DA3F8" w14:textId="77777777" w:rsidR="00804731" w:rsidRPr="006D0988" w:rsidRDefault="00000000" w:rsidP="008E5730">
      <w:pPr>
        <w:pStyle w:val="Listadokumentu"/>
        <w:numPr>
          <w:ilvl w:val="0"/>
          <w:numId w:val="10"/>
        </w:numPr>
        <w:rPr>
          <w:lang w:val="pl-PL"/>
        </w:rPr>
      </w:pPr>
      <w:r w:rsidRPr="006D0988">
        <w:rPr>
          <w:lang w:val="pl-PL"/>
        </w:rPr>
        <w:t>znajomość przepisów niezbędnych do wykonywania zadań na stanowisku, w szczególności: ustawy o samorządzie gminnym, ustawy o pracownikach samorządowych, Kodeksu postępowania administracyjnego, Prawa przedsiębiorców, ustawy o CEIDG i Punkcie Informacji dla Przedsiębiorcy, ustawy o wychowaniu w trzeźwości i przeciwdziałaniu alkoholizmowi, ustawy o usługach hotelarskich oraz usługach pilotów wycieczek i przewodników turystycznych, ustawy o funduszu sołeckim, ustawy o finansach publicznych, przepisów kancelaryjno-archiwalnych oraz przepisów o ochronie danych osobowych;</w:t>
      </w:r>
    </w:p>
    <w:p w14:paraId="27684F17" w14:textId="77777777" w:rsidR="00804731" w:rsidRPr="006D0988" w:rsidRDefault="00000000" w:rsidP="008E5730">
      <w:pPr>
        <w:pStyle w:val="Listadokumentu"/>
        <w:numPr>
          <w:ilvl w:val="0"/>
          <w:numId w:val="10"/>
        </w:numPr>
        <w:rPr>
          <w:lang w:val="pl-PL"/>
        </w:rPr>
      </w:pPr>
      <w:r w:rsidRPr="006D0988">
        <w:rPr>
          <w:lang w:val="pl-PL"/>
        </w:rPr>
        <w:t>umiejętność obsługi komputera i podstawowych programów biurowych</w:t>
      </w:r>
      <w:r w:rsidRPr="006D0988">
        <w:rPr>
          <w:color w:val="C00000"/>
          <w:lang w:val="pl-PL"/>
        </w:rPr>
        <w:t>.</w:t>
      </w:r>
    </w:p>
    <w:p w14:paraId="67AEF1B5" w14:textId="77777777" w:rsidR="00804731" w:rsidRPr="006D0988" w:rsidRDefault="00000000">
      <w:pPr>
        <w:spacing w:before="80"/>
        <w:rPr>
          <w:lang w:val="pl-PL"/>
        </w:rPr>
      </w:pPr>
      <w:r w:rsidRPr="006D0988">
        <w:rPr>
          <w:b/>
          <w:lang w:val="pl-PL"/>
        </w:rPr>
        <w:t>2. Wymagania dodatkowe:</w:t>
      </w:r>
    </w:p>
    <w:p w14:paraId="3D7B8A1D" w14:textId="77777777" w:rsidR="00804731" w:rsidRPr="006D0988" w:rsidRDefault="00000000" w:rsidP="008E5730">
      <w:pPr>
        <w:pStyle w:val="Listadokumentu"/>
        <w:numPr>
          <w:ilvl w:val="0"/>
          <w:numId w:val="11"/>
        </w:numPr>
        <w:rPr>
          <w:lang w:val="pl-PL"/>
        </w:rPr>
      </w:pPr>
      <w:r w:rsidRPr="006D0988">
        <w:rPr>
          <w:lang w:val="pl-PL"/>
        </w:rPr>
        <w:t>doświadczenie w administracji publicznej lub w wykonywaniu zadań zbliżonych do zakresu stanowiska;</w:t>
      </w:r>
    </w:p>
    <w:p w14:paraId="476E60D0" w14:textId="77777777" w:rsidR="00804731" w:rsidRPr="006D0988" w:rsidRDefault="00000000" w:rsidP="008E5730">
      <w:pPr>
        <w:pStyle w:val="Listadokumentu"/>
        <w:numPr>
          <w:ilvl w:val="0"/>
          <w:numId w:val="11"/>
        </w:numPr>
        <w:rPr>
          <w:lang w:val="pl-PL"/>
        </w:rPr>
      </w:pPr>
      <w:r w:rsidRPr="006D0988">
        <w:rPr>
          <w:lang w:val="pl-PL"/>
        </w:rPr>
        <w:t>doświadczenie w obsłudze systemu CEIDG, postępowań dotyczących zezwoleń na sprzedaż napojów alkoholowych, archiwum zakładowego albo Funduszu Sołeckiego;</w:t>
      </w:r>
    </w:p>
    <w:p w14:paraId="7084E313" w14:textId="77777777" w:rsidR="00804731" w:rsidRPr="006D0988" w:rsidRDefault="00000000" w:rsidP="008E5730">
      <w:pPr>
        <w:pStyle w:val="Listadokumentu"/>
        <w:numPr>
          <w:ilvl w:val="0"/>
          <w:numId w:val="11"/>
        </w:numPr>
        <w:rPr>
          <w:lang w:val="pl-PL"/>
        </w:rPr>
      </w:pPr>
      <w:r w:rsidRPr="006D0988">
        <w:rPr>
          <w:lang w:val="pl-PL"/>
        </w:rPr>
        <w:t>umiejętność redagowania pism, projektów decyzji, zaświadczeń, zarządzeń i uchwał;</w:t>
      </w:r>
    </w:p>
    <w:p w14:paraId="3508561A" w14:textId="77777777" w:rsidR="00804731" w:rsidRPr="006D0988" w:rsidRDefault="00000000" w:rsidP="008E5730">
      <w:pPr>
        <w:pStyle w:val="Listadokumentu"/>
        <w:numPr>
          <w:ilvl w:val="0"/>
          <w:numId w:val="11"/>
        </w:numPr>
        <w:rPr>
          <w:lang w:val="pl-PL"/>
        </w:rPr>
      </w:pPr>
      <w:r w:rsidRPr="006D0988">
        <w:rPr>
          <w:lang w:val="pl-PL"/>
        </w:rPr>
        <w:t>umiejętność analizowania danych finansowych i monitorowania realizacji wydatków;</w:t>
      </w:r>
    </w:p>
    <w:p w14:paraId="1BDBE336" w14:textId="77777777" w:rsidR="00804731" w:rsidRPr="006D0988" w:rsidRDefault="00000000" w:rsidP="008E5730">
      <w:pPr>
        <w:pStyle w:val="Listadokumentu"/>
        <w:numPr>
          <w:ilvl w:val="0"/>
          <w:numId w:val="11"/>
        </w:numPr>
        <w:rPr>
          <w:lang w:val="pl-PL"/>
        </w:rPr>
      </w:pPr>
      <w:r w:rsidRPr="006D0988">
        <w:rPr>
          <w:lang w:val="pl-PL"/>
        </w:rPr>
        <w:t>dobra organizacja pracy, terminowość, rzetelność, komunikatywność, odporność na pracę pod presją czasu i wysoka kultura osobista;</w:t>
      </w:r>
    </w:p>
    <w:p w14:paraId="5DA85832" w14:textId="77777777" w:rsidR="009B0F6C" w:rsidRPr="006D0988" w:rsidRDefault="00000000">
      <w:pPr>
        <w:pStyle w:val="Listadokumentu"/>
        <w:numPr>
          <w:ilvl w:val="0"/>
          <w:numId w:val="11"/>
        </w:numPr>
        <w:rPr>
          <w:lang w:val="pl-PL"/>
        </w:rPr>
      </w:pPr>
      <w:r w:rsidRPr="006D0988">
        <w:rPr>
          <w:lang w:val="pl-PL"/>
        </w:rPr>
        <w:t xml:space="preserve">świadomość zasad bezpieczeństwa informacji, ochrony danych osobowych oraz podstawowych zagrożeń </w:t>
      </w:r>
      <w:proofErr w:type="spellStart"/>
      <w:r w:rsidRPr="006D0988">
        <w:rPr>
          <w:lang w:val="pl-PL"/>
        </w:rPr>
        <w:t>cyberbezpieczeństwa</w:t>
      </w:r>
      <w:proofErr w:type="spellEnd"/>
      <w:r w:rsidRPr="006D0988">
        <w:rPr>
          <w:lang w:val="pl-PL"/>
        </w:rPr>
        <w:t>;</w:t>
      </w:r>
    </w:p>
    <w:p w14:paraId="1E4C5E3E" w14:textId="77777777" w:rsidR="00804731" w:rsidRPr="006D0988" w:rsidRDefault="00000000" w:rsidP="008E5730">
      <w:pPr>
        <w:pStyle w:val="Listadokumentu"/>
        <w:numPr>
          <w:ilvl w:val="0"/>
          <w:numId w:val="11"/>
        </w:numPr>
        <w:rPr>
          <w:lang w:val="pl-PL"/>
        </w:rPr>
      </w:pPr>
      <w:r w:rsidRPr="006D0988">
        <w:rPr>
          <w:lang w:val="pl-PL"/>
        </w:rPr>
        <w:t>prawo jazdy kat. B – wykonywanie obowiązków będzie wiązać się z wyjazdami na teren gminy.</w:t>
      </w:r>
    </w:p>
    <w:p w14:paraId="72C82F76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IV. Zakres zadań wykonywanych na stanowisku</w:t>
      </w:r>
    </w:p>
    <w:p w14:paraId="04D1B1E4" w14:textId="77777777" w:rsidR="00804731" w:rsidRPr="006D0988" w:rsidRDefault="00000000">
      <w:pPr>
        <w:rPr>
          <w:lang w:val="pl-PL"/>
        </w:rPr>
      </w:pPr>
      <w:r w:rsidRPr="006D0988">
        <w:rPr>
          <w:b/>
          <w:lang w:val="pl-PL"/>
        </w:rPr>
        <w:t>A. Obowiązki ogólne:</w:t>
      </w:r>
    </w:p>
    <w:p w14:paraId="7BA21A38" w14:textId="77777777" w:rsidR="00804731" w:rsidRPr="006D0988" w:rsidRDefault="00000000" w:rsidP="008E5730">
      <w:pPr>
        <w:pStyle w:val="Listadokumentu"/>
        <w:numPr>
          <w:ilvl w:val="0"/>
          <w:numId w:val="12"/>
        </w:numPr>
        <w:rPr>
          <w:lang w:val="pl-PL"/>
        </w:rPr>
      </w:pPr>
      <w:r w:rsidRPr="006D0988">
        <w:rPr>
          <w:lang w:val="pl-PL"/>
        </w:rPr>
        <w:t>znajomość i stosowanie przepisów prawa, procedur i aktów wewnętrznych dotyczących powierzonych spraw;</w:t>
      </w:r>
    </w:p>
    <w:p w14:paraId="14D4BE7F" w14:textId="77777777" w:rsidR="00804731" w:rsidRPr="006D0988" w:rsidRDefault="00000000" w:rsidP="008E5730">
      <w:pPr>
        <w:pStyle w:val="Listadokumentu"/>
        <w:numPr>
          <w:ilvl w:val="0"/>
          <w:numId w:val="12"/>
        </w:numPr>
        <w:rPr>
          <w:lang w:val="pl-PL"/>
        </w:rPr>
      </w:pPr>
      <w:r w:rsidRPr="006D0988">
        <w:rPr>
          <w:lang w:val="pl-PL"/>
        </w:rPr>
        <w:lastRenderedPageBreak/>
        <w:t>terminowe i rzetelne prowadzenie postępowań oraz przygotowywanie projektów pism, decyzji, zaświadczeń, zarządzeń i uchwał – w zakresie posiadanych upoważnień;</w:t>
      </w:r>
    </w:p>
    <w:p w14:paraId="409CD432" w14:textId="77777777" w:rsidR="00804731" w:rsidRPr="006D0988" w:rsidRDefault="00000000" w:rsidP="008E5730">
      <w:pPr>
        <w:pStyle w:val="Listadokumentu"/>
        <w:numPr>
          <w:ilvl w:val="0"/>
          <w:numId w:val="12"/>
        </w:numPr>
        <w:rPr>
          <w:lang w:val="pl-PL"/>
        </w:rPr>
      </w:pPr>
      <w:r w:rsidRPr="006D0988">
        <w:rPr>
          <w:lang w:val="pl-PL"/>
        </w:rPr>
        <w:t>prawidłowa i kulturalna obsługa interesantów oraz udzielanie informacji w zakresie powierzonych zadań;</w:t>
      </w:r>
    </w:p>
    <w:p w14:paraId="5B8555A2" w14:textId="77777777" w:rsidR="00804731" w:rsidRPr="006D0988" w:rsidRDefault="00000000" w:rsidP="008E5730">
      <w:pPr>
        <w:pStyle w:val="Listadokumentu"/>
        <w:numPr>
          <w:ilvl w:val="0"/>
          <w:numId w:val="12"/>
        </w:numPr>
        <w:rPr>
          <w:lang w:val="pl-PL"/>
        </w:rPr>
      </w:pPr>
      <w:r w:rsidRPr="006D0988">
        <w:rPr>
          <w:lang w:val="pl-PL"/>
        </w:rPr>
        <w:t>rejestrowanie spraw, prowadzenie wymaganych ewidencji i rejestrów, kompletowanie dokumentacji oraz jej przekazywanie do archiwum zgodnie z instrukcją kancelaryjną i jednolitym rzeczowym wykazem akt;</w:t>
      </w:r>
    </w:p>
    <w:p w14:paraId="25330F08" w14:textId="77777777" w:rsidR="00804731" w:rsidRPr="006D0988" w:rsidRDefault="00000000" w:rsidP="008E5730">
      <w:pPr>
        <w:pStyle w:val="Listadokumentu"/>
        <w:numPr>
          <w:ilvl w:val="0"/>
          <w:numId w:val="12"/>
        </w:numPr>
        <w:rPr>
          <w:lang w:val="pl-PL"/>
        </w:rPr>
      </w:pPr>
      <w:r w:rsidRPr="006D0988">
        <w:rPr>
          <w:lang w:val="pl-PL"/>
        </w:rPr>
        <w:t>racjonalne gospodarowanie powierzonym mieniem i środkami przeznaczonymi na realizowane zadania;</w:t>
      </w:r>
    </w:p>
    <w:p w14:paraId="32D45DF4" w14:textId="77777777" w:rsidR="00804731" w:rsidRPr="006D0988" w:rsidRDefault="00000000" w:rsidP="008E5730">
      <w:pPr>
        <w:pStyle w:val="Listadokumentu"/>
        <w:numPr>
          <w:ilvl w:val="0"/>
          <w:numId w:val="12"/>
        </w:numPr>
        <w:rPr>
          <w:lang w:val="pl-PL"/>
        </w:rPr>
      </w:pPr>
      <w:r w:rsidRPr="006D0988">
        <w:rPr>
          <w:lang w:val="pl-PL"/>
        </w:rPr>
        <w:t>przestrzeganie przepisów o ochronie danych osobowych, ochronie informacji prawnie chronionych, bezpieczeństwie informacji i dostępie do informacji publicznej.</w:t>
      </w:r>
    </w:p>
    <w:p w14:paraId="18252E63" w14:textId="77777777" w:rsidR="00804731" w:rsidRPr="006D0988" w:rsidRDefault="00000000">
      <w:pPr>
        <w:spacing w:before="80"/>
        <w:rPr>
          <w:lang w:val="pl-PL"/>
        </w:rPr>
      </w:pPr>
      <w:r w:rsidRPr="006D0988">
        <w:rPr>
          <w:b/>
          <w:lang w:val="pl-PL"/>
        </w:rPr>
        <w:t>B. Działalność gospodarcza, usługi hotelarskie, napoje alkoholowe i pozostałe zadania:</w:t>
      </w:r>
    </w:p>
    <w:p w14:paraId="65715026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prowadzenie ewidencji innych obiektów, w których są świadczone usługi hotelarskie, zgodnie z przepisami właściwej ustawy;</w:t>
      </w:r>
    </w:p>
    <w:p w14:paraId="471CA6E2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przyjmowanie i weryfikowanie wniosków oraz przygotowywanie projektów zezwoleń na sprzedaż napojów alkoholowych, decyzji o ich cofnięciu lub wygaśnięciu oraz innych rozstrzygnięć należących do właściwości gminy;</w:t>
      </w:r>
    </w:p>
    <w:p w14:paraId="313B0737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prowadzenie ewidencji zezwoleń i podmiotów prowadzących sprzedaż napojów alkoholowych oraz ewidencji należnych i wniesionych opłat;</w:t>
      </w:r>
    </w:p>
    <w:p w14:paraId="40909E06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przygotowywanie zaświadczeń i informacji dotyczących wniesienia opłat za korzystanie z zezwoleń na sprzedaż napojów alkoholowych;</w:t>
      </w:r>
    </w:p>
    <w:p w14:paraId="070B2C3E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współpraca z Gminną Komisją Rozwiązywania Problemów Alkoholowych w zakresie zadań wynikających z gminnego programu profilaktyki i rozwiązywania problemów alkoholowych oraz przeciwdziałania narkomanii;</w:t>
      </w:r>
    </w:p>
    <w:p w14:paraId="52ACF4C1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przygotowywanie projektów uchwał i analiz dotyczących maksymalnej liczby zezwoleń oraz zasad usytuowania miejsc sprzedaży i podawania napojów alkoholowych;</w:t>
      </w:r>
    </w:p>
    <w:p w14:paraId="50366CB9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wykonywanie zadań gminy wynikających z Prawa przedsiębiorców oraz ustawy o Centralnej Ewidencji i Informacji o Działalności Gospodarczej i Punkcie Informacji dla Przedsiębiorcy;</w:t>
      </w:r>
    </w:p>
    <w:p w14:paraId="52F5E287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przyjmowanie wniosków CEIDG składanych w postaci papierowej, potwierdzanie tożsamości wnioskodawcy, przekształcanie wniosków w dokument elektroniczny i przekazywanie danych do CEIDG zgodnie z obowiązującą procedurą;</w:t>
      </w:r>
    </w:p>
    <w:p w14:paraId="3E002F68" w14:textId="77777777" w:rsidR="00804731" w:rsidRPr="006D0988" w:rsidRDefault="00000000" w:rsidP="008E5730">
      <w:pPr>
        <w:pStyle w:val="Listadokumentu"/>
        <w:numPr>
          <w:ilvl w:val="0"/>
          <w:numId w:val="13"/>
        </w:numPr>
        <w:rPr>
          <w:lang w:val="pl-PL"/>
        </w:rPr>
      </w:pPr>
      <w:r w:rsidRPr="006D0988">
        <w:rPr>
          <w:lang w:val="pl-PL"/>
        </w:rPr>
        <w:t>zaopatrywanie Urzędu Gminy w materiały piśmiennicze, kancelaryjne i eksploatacyjne;</w:t>
      </w:r>
    </w:p>
    <w:p w14:paraId="282784DF" w14:textId="77777777" w:rsidR="00804731" w:rsidRPr="006D0988" w:rsidRDefault="00000000">
      <w:pPr>
        <w:spacing w:before="100"/>
        <w:rPr>
          <w:lang w:val="pl-PL"/>
        </w:rPr>
      </w:pPr>
      <w:r w:rsidRPr="006D0988">
        <w:rPr>
          <w:b/>
          <w:lang w:val="pl-PL"/>
        </w:rPr>
        <w:t>C. Obsługa Funduszu Sołeckiego:</w:t>
      </w:r>
    </w:p>
    <w:p w14:paraId="0F211B8F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koordynowanie w Urzędzie Gminy procedury dotyczącej Funduszu Sołeckiego oraz prowadzenie kalendarza czynności i terminów ustawowych;</w:t>
      </w:r>
    </w:p>
    <w:p w14:paraId="042AE770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gromadzenie danych niezbędnych do obliczenia kwoty bazowej i wysokości środków przypadających poszczególnym sołectwom oraz przygotowywanie stosownych wyliczeń;</w:t>
      </w:r>
    </w:p>
    <w:p w14:paraId="7CFD66C9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przygotowywanie dla wójta informacji przekazywanych sołtysom i wojewodzie do dnia 31 lipca roku poprzedzającego rok budżetowy;</w:t>
      </w:r>
    </w:p>
    <w:p w14:paraId="205D2894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przyjmowanie, rejestrowanie i weryfikowanie wniosków sołectw składanych do dnia 30 września roku poprzedzającego rok budżetowy, w tym sprawdzanie trybu uchwalenia wniosku, opisu przedsięwzięcia, oszacowania kosztów, zgodności z zadaniami własnymi gminy, wpływu na poprawę warunków życia mieszkańców i zgodności ze strategią rozwoju gminy;</w:t>
      </w:r>
    </w:p>
    <w:p w14:paraId="30EA7D79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przygotowywanie projektów informacji o odrzuceniu całego wniosku albo poszczególnych przedsięwzięć, z zachowaniem 7-dniowego terminu ustawowego, oraz obsługa wniosków podtrzymanych lub ponownie uchwalonych;</w:t>
      </w:r>
    </w:p>
    <w:p w14:paraId="2EDC5E47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przekazywanie właściwych spraw Radzie Gminy i przygotowywanie materiałów niezbędnych do ich rozpatrzenia;</w:t>
      </w:r>
    </w:p>
    <w:p w14:paraId="5719A308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lastRenderedPageBreak/>
        <w:t>współpraca ze skarbnikiem, referatami merytorycznymi, sołtysami i radami sołeckimi przy ujmowaniu prawidłowo złożonych przedsięwzięć w projekcie budżetu gminy oraz przy przygotowywaniu zmian budżetowych;</w:t>
      </w:r>
    </w:p>
    <w:p w14:paraId="0D905090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obsługa wniosków o zmianę przedsięwzięć lub ich zakresu składanych w trakcie roku budżetowego, nie później niż do dnia 31 października, oraz obsługa przedsięwzięć wspólnych kilku sołectw;</w:t>
      </w:r>
    </w:p>
    <w:p w14:paraId="746F51F1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monitorowanie rzeczowej i finansowej realizacji przedsięwzięć, kontrolowanie zgodności wydatków z zaakceptowanymi wnioskami i planem budżetu oraz sygnalizowanie ryzyka niewykorzystania środków;</w:t>
      </w:r>
    </w:p>
    <w:p w14:paraId="6DA77C24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prowadzenie kompletnej dokumentacji Funduszu Sołeckiego, zestawień, rejestrów i sprawozdawczości oraz przygotowywanie informacji dla organów gminy, sołtysów, wojewody i organów kontroli;</w:t>
      </w:r>
    </w:p>
    <w:p w14:paraId="4D525901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 xml:space="preserve"> współpraca przy rozliczeniu wydatków wykonanych w ramach Funduszu Sołeckiego i przygotowywanie wniosku gminy o zwrot części wydatków z budżetu państwa w terminie i na formularzu wynikającym z przepisów wykonawczych;</w:t>
      </w:r>
    </w:p>
    <w:p w14:paraId="6B2D52CD" w14:textId="77777777" w:rsidR="00804731" w:rsidRPr="006D0988" w:rsidRDefault="00000000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>udzielanie sołtysom i mieszkańcom informacji organizacyjnych dotyczących zasad przygotowywania wniosków, bez przejmowania kompetencji zebrania wiejskiego do wyboru przedsięwzięć</w:t>
      </w:r>
      <w:r w:rsidR="00E333F3" w:rsidRPr="006D0988">
        <w:rPr>
          <w:lang w:val="pl-PL"/>
        </w:rPr>
        <w:t xml:space="preserve">; </w:t>
      </w:r>
    </w:p>
    <w:p w14:paraId="44CE81B3" w14:textId="77777777" w:rsidR="00E333F3" w:rsidRPr="006D0988" w:rsidRDefault="00E333F3" w:rsidP="006778D9">
      <w:pPr>
        <w:pStyle w:val="Listadokumentu"/>
        <w:numPr>
          <w:ilvl w:val="0"/>
          <w:numId w:val="14"/>
        </w:numPr>
        <w:rPr>
          <w:lang w:val="pl-PL"/>
        </w:rPr>
      </w:pPr>
      <w:r w:rsidRPr="006D0988">
        <w:rPr>
          <w:lang w:val="pl-PL"/>
        </w:rPr>
        <w:t xml:space="preserve">obsługa zebrań wiejskich dot. Funduszu Sołeckiego i kompletowanie protokołów z narad i zebrań. </w:t>
      </w:r>
    </w:p>
    <w:p w14:paraId="41529A5A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V. Informacja o warunkach pracy</w:t>
      </w:r>
    </w:p>
    <w:p w14:paraId="18F83EDF" w14:textId="77777777" w:rsidR="00804731" w:rsidRPr="006D0988" w:rsidRDefault="00000000" w:rsidP="006778D9">
      <w:pPr>
        <w:pStyle w:val="Listadokumentu"/>
        <w:numPr>
          <w:ilvl w:val="0"/>
          <w:numId w:val="15"/>
        </w:numPr>
        <w:rPr>
          <w:lang w:val="pl-PL"/>
        </w:rPr>
      </w:pPr>
      <w:r w:rsidRPr="006D0988">
        <w:rPr>
          <w:lang w:val="pl-PL"/>
        </w:rPr>
        <w:t>praca administracyjno-biurowa w pełnym wymiarze czasu pracy, wykonywana głównie przy komputerze, w tym powyżej 4 godzin dziennie;</w:t>
      </w:r>
    </w:p>
    <w:p w14:paraId="0690B221" w14:textId="77777777" w:rsidR="00804731" w:rsidRPr="006D0988" w:rsidRDefault="00000000" w:rsidP="006778D9">
      <w:pPr>
        <w:pStyle w:val="Listadokumentu"/>
        <w:numPr>
          <w:ilvl w:val="0"/>
          <w:numId w:val="15"/>
        </w:numPr>
        <w:rPr>
          <w:lang w:val="pl-PL"/>
        </w:rPr>
      </w:pPr>
      <w:r w:rsidRPr="006D0988">
        <w:rPr>
          <w:lang w:val="pl-PL"/>
        </w:rPr>
        <w:t>bezpośredni, telefoniczny i elektroniczny kontakt z interesantami, sołtysami oraz przedstawicielami innych instytucji;</w:t>
      </w:r>
    </w:p>
    <w:p w14:paraId="780E498B" w14:textId="77777777" w:rsidR="00804731" w:rsidRPr="006D0988" w:rsidRDefault="00000000" w:rsidP="006778D9">
      <w:pPr>
        <w:pStyle w:val="Listadokumentu"/>
        <w:numPr>
          <w:ilvl w:val="0"/>
          <w:numId w:val="15"/>
        </w:numPr>
        <w:rPr>
          <w:lang w:val="pl-PL"/>
        </w:rPr>
      </w:pPr>
      <w:r w:rsidRPr="006D0988">
        <w:rPr>
          <w:lang w:val="pl-PL"/>
        </w:rPr>
        <w:t>praca wymagająca terminowości, koncentracji, samodzielnej organizacji zadań i okresowej pracy pod presją czasu;</w:t>
      </w:r>
    </w:p>
    <w:p w14:paraId="5728441E" w14:textId="77777777" w:rsidR="00804731" w:rsidRPr="006D0988" w:rsidRDefault="00000000" w:rsidP="006778D9">
      <w:pPr>
        <w:pStyle w:val="Listadokumentu"/>
        <w:numPr>
          <w:ilvl w:val="0"/>
          <w:numId w:val="15"/>
        </w:numPr>
        <w:rPr>
          <w:lang w:val="pl-PL"/>
        </w:rPr>
      </w:pPr>
      <w:r w:rsidRPr="006D0988">
        <w:rPr>
          <w:lang w:val="pl-PL"/>
        </w:rPr>
        <w:t>możliwe wyjścia lub wyjazdy służbowe na terenie gminy oraz udział w zebraniach wiejskich – stosownie do potrzeb;</w:t>
      </w:r>
    </w:p>
    <w:p w14:paraId="3ECA1F05" w14:textId="77777777" w:rsidR="006778D9" w:rsidRPr="006D0988" w:rsidRDefault="006778D9" w:rsidP="006778D9">
      <w:pPr>
        <w:pStyle w:val="Listadokumentu"/>
        <w:keepNext/>
        <w:numPr>
          <w:ilvl w:val="0"/>
          <w:numId w:val="15"/>
        </w:numPr>
        <w:spacing w:before="120"/>
        <w:rPr>
          <w:lang w:val="pl-PL"/>
        </w:rPr>
      </w:pPr>
      <w:r w:rsidRPr="006D0988">
        <w:rPr>
          <w:lang w:val="pl-PL"/>
        </w:rPr>
        <w:t>stanowisko pracy zlokalizowane jest na parterze, bez barier architektonicznych, toaleta dostosowana do potrzeb osób niepełnosprawnych.</w:t>
      </w:r>
    </w:p>
    <w:p w14:paraId="6B14E0C6" w14:textId="77777777" w:rsidR="00804731" w:rsidRPr="006D0988" w:rsidRDefault="00000000" w:rsidP="006778D9">
      <w:pPr>
        <w:pStyle w:val="Listadokumentu"/>
        <w:keepNext/>
        <w:spacing w:before="120"/>
        <w:ind w:left="0" w:firstLine="0"/>
        <w:rPr>
          <w:lang w:val="pl-PL"/>
        </w:rPr>
      </w:pPr>
      <w:r w:rsidRPr="006D0988">
        <w:rPr>
          <w:b/>
          <w:lang w:val="pl-PL"/>
        </w:rPr>
        <w:t>VI. Planowany termin zatrudnienia i wynagrodzenie</w:t>
      </w:r>
    </w:p>
    <w:p w14:paraId="1B000398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Planowany termin zatrudnienia: 1 września 2026 r.</w:t>
      </w:r>
    </w:p>
    <w:p w14:paraId="6A9694D7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 xml:space="preserve">Planowane miesięczne wynagrodzenie: płaca zasadnicza </w:t>
      </w:r>
      <w:r w:rsidR="00421D8E" w:rsidRPr="006D0988">
        <w:rPr>
          <w:lang w:val="pl-PL"/>
        </w:rPr>
        <w:t>5030</w:t>
      </w:r>
      <w:r w:rsidRPr="006D0988">
        <w:rPr>
          <w:lang w:val="pl-PL"/>
        </w:rPr>
        <w:t xml:space="preserve"> zł brutto, dodatek za wieloletnią pracę oraz inne składniki wynagrodzenia przysługujące na podstawie obowiązujących przepisów i regulaminu wynagradzania.</w:t>
      </w:r>
    </w:p>
    <w:p w14:paraId="2DD8E5E8" w14:textId="77777777" w:rsidR="00E333F3" w:rsidRPr="006D0988" w:rsidRDefault="00E333F3">
      <w:pPr>
        <w:keepNext/>
        <w:spacing w:before="120"/>
        <w:rPr>
          <w:b/>
          <w:lang w:val="pl-PL"/>
        </w:rPr>
      </w:pPr>
    </w:p>
    <w:p w14:paraId="74F8BB09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VII. Wymagane dokumenty</w:t>
      </w:r>
    </w:p>
    <w:p w14:paraId="052C4C99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1) </w:t>
      </w:r>
      <w:r w:rsidRPr="006D0988">
        <w:rPr>
          <w:lang w:val="pl-PL"/>
        </w:rPr>
        <w:t>list motywacyjny;</w:t>
      </w:r>
    </w:p>
    <w:p w14:paraId="0F8334AB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2) </w:t>
      </w:r>
      <w:r w:rsidRPr="006D0988">
        <w:rPr>
          <w:lang w:val="pl-PL"/>
        </w:rPr>
        <w:t>życiorys zawodowy (CV);</w:t>
      </w:r>
    </w:p>
    <w:p w14:paraId="3788489B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lang w:val="pl-PL"/>
        </w:rPr>
        <w:t>3) kwestionariusz osobowy dla osoby ubiegającej się o zatrudnienie – według wzoru stanowiącego załącznik nr 1 do ogłoszenia;</w:t>
      </w:r>
    </w:p>
    <w:p w14:paraId="02563CE7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4) </w:t>
      </w:r>
      <w:r w:rsidRPr="006D0988">
        <w:rPr>
          <w:lang w:val="pl-PL"/>
        </w:rPr>
        <w:t>kopie dokumentów potwierdzających wymagane wykształcenie;</w:t>
      </w:r>
    </w:p>
    <w:p w14:paraId="416B0E2F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5) </w:t>
      </w:r>
      <w:r w:rsidRPr="006D0988">
        <w:rPr>
          <w:lang w:val="pl-PL"/>
        </w:rPr>
        <w:t>kopie świadectw pracy lub innych dokumentów potwierdzających wymagany staż pracy – jeżeli staż jest wymagany dla posiadanego poziomu wykształcenia;</w:t>
      </w:r>
    </w:p>
    <w:p w14:paraId="430BF79E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6) </w:t>
      </w:r>
      <w:r w:rsidRPr="006D0988">
        <w:rPr>
          <w:lang w:val="pl-PL"/>
        </w:rPr>
        <w:t>kopie dokumentów potwierdzających dodatkowe kwalifikacje i umiejętności – jeżeli kandydat chce je wykazać;</w:t>
      </w:r>
    </w:p>
    <w:p w14:paraId="3D275160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lastRenderedPageBreak/>
        <w:t xml:space="preserve">7) </w:t>
      </w:r>
      <w:r w:rsidRPr="006D0988">
        <w:rPr>
          <w:lang w:val="pl-PL"/>
        </w:rPr>
        <w:t>oświadczenie o posiadaniu obywatelstwa polskiego albo dokumenty potwierdzające możliwość ubiegania się o stanowisko na zasadach określonych w art. 11 ust. 2 i 3 ustawy o pracownikach samorządowych;</w:t>
      </w:r>
    </w:p>
    <w:p w14:paraId="286995B6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8) </w:t>
      </w:r>
      <w:r w:rsidRPr="006D0988">
        <w:rPr>
          <w:lang w:val="pl-PL"/>
        </w:rPr>
        <w:t>oświadczenie o pełnej zdolności do czynności prawnych i korzystaniu z pełni praw publicznych;</w:t>
      </w:r>
    </w:p>
    <w:p w14:paraId="75A125AE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9) </w:t>
      </w:r>
      <w:r w:rsidRPr="006D0988">
        <w:rPr>
          <w:lang w:val="pl-PL"/>
        </w:rPr>
        <w:t>oświadczenie o braku prawomocnego skazania za umyślne przestępstwo ścigane z oskarżenia publicznego lub umyślne przestępstwo skarbowe;</w:t>
      </w:r>
    </w:p>
    <w:p w14:paraId="422F77C0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10) </w:t>
      </w:r>
      <w:r w:rsidRPr="006D0988">
        <w:rPr>
          <w:lang w:val="pl-PL"/>
        </w:rPr>
        <w:t>oświadczenie o nieposzlakowanej opinii;</w:t>
      </w:r>
    </w:p>
    <w:p w14:paraId="3211DE30" w14:textId="77777777" w:rsidR="00804731" w:rsidRPr="006D0988" w:rsidRDefault="00000000">
      <w:pPr>
        <w:pStyle w:val="Listadokumentu"/>
        <w:rPr>
          <w:lang w:val="pl-PL"/>
        </w:rPr>
      </w:pPr>
      <w:r w:rsidRPr="006D0988">
        <w:rPr>
          <w:b/>
          <w:lang w:val="pl-PL"/>
        </w:rPr>
        <w:t xml:space="preserve">11) </w:t>
      </w:r>
      <w:r w:rsidRPr="006D0988">
        <w:rPr>
          <w:lang w:val="pl-PL"/>
        </w:rPr>
        <w:t>kopia dokumentu potwierdzającego niepełnosprawność – wyłącznie w przypadku kandydata, który zamierza skorzystać z pierwszeństwa w zatrudnieniu, o którym mowa w art. 13a ust. 2 ustawy o pracownikach samorządowych.</w:t>
      </w:r>
    </w:p>
    <w:p w14:paraId="72859E51" w14:textId="77777777" w:rsidR="00D77072" w:rsidRPr="006D0988" w:rsidRDefault="00D77072">
      <w:pPr>
        <w:rPr>
          <w:lang w:val="pl-PL"/>
        </w:rPr>
      </w:pPr>
    </w:p>
    <w:p w14:paraId="0B178330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Dokumenty i oświadczenia wymagające podpisu powinny być podpisane przez kandydata. Kopie dokumentów powinny być czytelne; kandydat wybrany do zatrudnienia może zostać wezwany do okazania oryginałów. Dokumenty obcojęzyczne należy złożyć wraz z tłumaczeniem na język polski.</w:t>
      </w:r>
    </w:p>
    <w:p w14:paraId="2010825C" w14:textId="77777777" w:rsidR="006778D9" w:rsidRPr="006D0988" w:rsidRDefault="006778D9">
      <w:pPr>
        <w:keepNext/>
        <w:spacing w:before="120"/>
        <w:rPr>
          <w:b/>
          <w:color w:val="C00000"/>
          <w:lang w:val="pl-PL"/>
        </w:rPr>
      </w:pPr>
    </w:p>
    <w:p w14:paraId="3465C68F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VIII. Informacja o wskaźniku zatrudnienia osób z niepełnosprawnościami</w:t>
      </w:r>
    </w:p>
    <w:p w14:paraId="3F7F2C33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W miesiącu poprzedzającym datę opublikowania ogłoszenia wskaźnik zatrudnienia osób z niepełnosprawnościami w Urzędzie Gminy w Pawłowie, w rozumieniu przepisów o rehabilitacji zawodowej i społecznej oraz zatrudnianiu osób niepełnosprawnych, był niższy niż 6%.</w:t>
      </w:r>
    </w:p>
    <w:p w14:paraId="0CCF689D" w14:textId="77777777" w:rsidR="006778D9" w:rsidRPr="006D0988" w:rsidRDefault="006778D9">
      <w:pPr>
        <w:keepNext/>
        <w:spacing w:before="120"/>
        <w:rPr>
          <w:b/>
          <w:color w:val="C00000"/>
          <w:lang w:val="pl-PL"/>
        </w:rPr>
      </w:pPr>
    </w:p>
    <w:p w14:paraId="0BECF879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IX. Termin i miejsce składania dokumentów</w:t>
      </w:r>
    </w:p>
    <w:p w14:paraId="1D04FE98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Dokumenty należy złożyć w zamkniętej kopercie z dopiskiem „Nabór – podinspektor ds. działalności gospodarczej”:</w:t>
      </w:r>
    </w:p>
    <w:p w14:paraId="63A7CF61" w14:textId="78448330" w:rsidR="00804731" w:rsidRPr="006D0988" w:rsidRDefault="00000000" w:rsidP="006778D9">
      <w:pPr>
        <w:pStyle w:val="Listadokumentu"/>
        <w:numPr>
          <w:ilvl w:val="0"/>
          <w:numId w:val="16"/>
        </w:numPr>
        <w:rPr>
          <w:lang w:val="pl-PL"/>
        </w:rPr>
      </w:pPr>
      <w:r w:rsidRPr="006D0988">
        <w:rPr>
          <w:lang w:val="pl-PL"/>
        </w:rPr>
        <w:t xml:space="preserve">osobiście w sekretariacie </w:t>
      </w:r>
      <w:r w:rsidRPr="006D0988">
        <w:rPr>
          <w:b/>
          <w:bCs/>
          <w:lang w:val="pl-PL"/>
        </w:rPr>
        <w:t xml:space="preserve">Urzędu Gminy w Pawłowie, Pawłów </w:t>
      </w:r>
      <w:r w:rsidR="00337BA9">
        <w:rPr>
          <w:b/>
          <w:bCs/>
          <w:lang w:val="pl-PL"/>
        </w:rPr>
        <w:t>45 (budynek OSP Pawłów, I piętro)</w:t>
      </w:r>
      <w:r w:rsidRPr="006D0988">
        <w:rPr>
          <w:b/>
          <w:bCs/>
          <w:lang w:val="pl-PL"/>
        </w:rPr>
        <w:t>, 27-225 Pawłów</w:t>
      </w:r>
      <w:r w:rsidRPr="006D0988">
        <w:rPr>
          <w:lang w:val="pl-PL"/>
        </w:rPr>
        <w:t>;</w:t>
      </w:r>
    </w:p>
    <w:p w14:paraId="37CBA4FD" w14:textId="77777777" w:rsidR="00804731" w:rsidRPr="006D0988" w:rsidRDefault="00000000" w:rsidP="006778D9">
      <w:pPr>
        <w:pStyle w:val="Listadokumentu"/>
        <w:numPr>
          <w:ilvl w:val="0"/>
          <w:numId w:val="16"/>
        </w:numPr>
        <w:rPr>
          <w:lang w:val="pl-PL"/>
        </w:rPr>
      </w:pPr>
      <w:r w:rsidRPr="006D0988">
        <w:rPr>
          <w:lang w:val="pl-PL"/>
        </w:rPr>
        <w:t>pocztą na powyższy adres – decyduje data wpływu do Urzędu;</w:t>
      </w:r>
    </w:p>
    <w:p w14:paraId="1A855534" w14:textId="77777777" w:rsidR="00804731" w:rsidRPr="006D0988" w:rsidRDefault="00000000" w:rsidP="006778D9">
      <w:pPr>
        <w:pStyle w:val="Listadokumentu"/>
        <w:numPr>
          <w:ilvl w:val="0"/>
          <w:numId w:val="16"/>
        </w:numPr>
        <w:rPr>
          <w:lang w:val="pl-PL"/>
        </w:rPr>
      </w:pPr>
      <w:r w:rsidRPr="006D0988">
        <w:rPr>
          <w:lang w:val="pl-PL"/>
        </w:rPr>
        <w:t xml:space="preserve">elektronicznie na adres do e-Doręczeń: </w:t>
      </w:r>
      <w:r w:rsidRPr="006D0988">
        <w:rPr>
          <w:b/>
          <w:bCs/>
          <w:lang w:val="pl-PL"/>
        </w:rPr>
        <w:t>AE:PL-81512-67806-CIDDU-34</w:t>
      </w:r>
      <w:r w:rsidRPr="006D0988">
        <w:rPr>
          <w:lang w:val="pl-PL"/>
        </w:rPr>
        <w:t>.</w:t>
      </w:r>
    </w:p>
    <w:p w14:paraId="082276D3" w14:textId="77777777" w:rsidR="006778D9" w:rsidRPr="006D0988" w:rsidRDefault="006778D9">
      <w:pPr>
        <w:pStyle w:val="Listadokumentu"/>
        <w:rPr>
          <w:lang w:val="pl-PL"/>
        </w:rPr>
      </w:pPr>
    </w:p>
    <w:p w14:paraId="2D352258" w14:textId="77777777" w:rsidR="00804731" w:rsidRPr="006D0988" w:rsidRDefault="00000000">
      <w:pPr>
        <w:rPr>
          <w:lang w:val="pl-PL"/>
        </w:rPr>
      </w:pPr>
      <w:r w:rsidRPr="006D0988">
        <w:rPr>
          <w:b/>
          <w:lang w:val="pl-PL"/>
        </w:rPr>
        <w:t xml:space="preserve">Termin składania dokumentów: do dnia </w:t>
      </w:r>
      <w:r w:rsidR="008C4EBB" w:rsidRPr="006D0988">
        <w:rPr>
          <w:b/>
          <w:lang w:val="pl-PL"/>
        </w:rPr>
        <w:t>7</w:t>
      </w:r>
      <w:r w:rsidRPr="006D0988">
        <w:rPr>
          <w:b/>
          <w:lang w:val="pl-PL"/>
        </w:rPr>
        <w:t xml:space="preserve"> </w:t>
      </w:r>
      <w:r w:rsidR="008C4EBB" w:rsidRPr="006D0988">
        <w:rPr>
          <w:b/>
          <w:lang w:val="pl-PL"/>
        </w:rPr>
        <w:t>sierpnia</w:t>
      </w:r>
      <w:r w:rsidRPr="006D0988">
        <w:rPr>
          <w:b/>
          <w:lang w:val="pl-PL"/>
        </w:rPr>
        <w:t xml:space="preserve"> 2026 r. do godz. </w:t>
      </w:r>
      <w:r w:rsidR="008C4EBB" w:rsidRPr="006D0988">
        <w:rPr>
          <w:b/>
          <w:lang w:val="pl-PL"/>
        </w:rPr>
        <w:t>9</w:t>
      </w:r>
      <w:r w:rsidRPr="006D0988">
        <w:rPr>
          <w:b/>
          <w:lang w:val="pl-PL"/>
        </w:rPr>
        <w:t>:00.</w:t>
      </w:r>
    </w:p>
    <w:p w14:paraId="6A734B74" w14:textId="77777777" w:rsidR="006778D9" w:rsidRPr="006D0988" w:rsidRDefault="006778D9">
      <w:pPr>
        <w:rPr>
          <w:color w:val="C00000"/>
          <w:lang w:val="pl-PL"/>
        </w:rPr>
      </w:pPr>
    </w:p>
    <w:p w14:paraId="642297E6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Dokumenty elektroniczne powinny być opatrzone kwalifikowanym podpisem elektronicznym, podpisem zaufanym albo podpisem osobistym. Za termin złożenia oferty elektronicznej uważa się datę i godzinę jej wpływu do systemu teleinformatycznego Urzędu.</w:t>
      </w:r>
    </w:p>
    <w:p w14:paraId="1E2A4EF0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Dodatkowe informacje można uzyskać pod numerem telefonu 41 272 16 70, wew. 61.</w:t>
      </w:r>
    </w:p>
    <w:p w14:paraId="582314BE" w14:textId="77777777" w:rsidR="00804731" w:rsidRPr="006D0988" w:rsidRDefault="00000000">
      <w:pPr>
        <w:rPr>
          <w:lang w:val="pl-PL"/>
        </w:rPr>
      </w:pPr>
      <w:r w:rsidRPr="006D0988">
        <w:rPr>
          <w:lang w:val="pl-PL"/>
        </w:rPr>
        <w:t>Oferty niekompletne lub złożone po terminie nie będą rozpatrywane.</w:t>
      </w:r>
    </w:p>
    <w:p w14:paraId="54DFA8C5" w14:textId="77777777" w:rsidR="006778D9" w:rsidRPr="006D0988" w:rsidRDefault="006778D9">
      <w:pPr>
        <w:rPr>
          <w:lang w:val="pl-PL"/>
        </w:rPr>
      </w:pPr>
    </w:p>
    <w:p w14:paraId="235A6F0D" w14:textId="77777777" w:rsidR="00804731" w:rsidRPr="006D0988" w:rsidRDefault="00000000">
      <w:pPr>
        <w:keepNext/>
        <w:spacing w:before="120"/>
        <w:rPr>
          <w:lang w:val="pl-PL"/>
        </w:rPr>
      </w:pPr>
      <w:r w:rsidRPr="006D0988">
        <w:rPr>
          <w:b/>
          <w:lang w:val="pl-PL"/>
        </w:rPr>
        <w:t>X. Pozostałe informacje</w:t>
      </w:r>
    </w:p>
    <w:p w14:paraId="5F630543" w14:textId="77777777" w:rsidR="00804731" w:rsidRPr="006D0988" w:rsidRDefault="00000000" w:rsidP="006778D9">
      <w:pPr>
        <w:pStyle w:val="Listadokumentu"/>
        <w:numPr>
          <w:ilvl w:val="0"/>
          <w:numId w:val="17"/>
        </w:numPr>
        <w:rPr>
          <w:lang w:val="pl-PL"/>
        </w:rPr>
      </w:pPr>
      <w:r w:rsidRPr="006D0988">
        <w:rPr>
          <w:lang w:val="pl-PL"/>
        </w:rPr>
        <w:t>Nabór przeprowadzi komisja powołana przez Wójta Gminy Pawłów zgodnie z obowiązującym Regulaminem naboru.</w:t>
      </w:r>
    </w:p>
    <w:p w14:paraId="74CDB660" w14:textId="77777777" w:rsidR="00804731" w:rsidRPr="006D0988" w:rsidRDefault="00000000" w:rsidP="006778D9">
      <w:pPr>
        <w:pStyle w:val="Listadokumentu"/>
        <w:numPr>
          <w:ilvl w:val="0"/>
          <w:numId w:val="17"/>
        </w:numPr>
        <w:rPr>
          <w:lang w:val="pl-PL"/>
        </w:rPr>
      </w:pPr>
      <w:r w:rsidRPr="006D0988">
        <w:rPr>
          <w:lang w:val="pl-PL"/>
        </w:rPr>
        <w:t>Pierwszy etap obejmie ocenę formalną dokumentów. Drugi etap może obejmować rozmowę kwalifikacyjną, test wiedzy lub inne metody przewidziane w Regulaminie naboru.</w:t>
      </w:r>
    </w:p>
    <w:p w14:paraId="12DA7551" w14:textId="77777777" w:rsidR="00804731" w:rsidRPr="006D0988" w:rsidRDefault="00000000" w:rsidP="006778D9">
      <w:pPr>
        <w:pStyle w:val="Listadokumentu"/>
        <w:numPr>
          <w:ilvl w:val="0"/>
          <w:numId w:val="17"/>
        </w:numPr>
        <w:rPr>
          <w:lang w:val="pl-PL"/>
        </w:rPr>
      </w:pPr>
      <w:r w:rsidRPr="006D0988">
        <w:rPr>
          <w:lang w:val="pl-PL"/>
        </w:rPr>
        <w:t>Kandydaci spełniający wymagania formalne zostaną poinformowani o terminie i sposobie przeprowadzenia kolejnego etapu naboru.</w:t>
      </w:r>
    </w:p>
    <w:p w14:paraId="61D36264" w14:textId="77777777" w:rsidR="00804731" w:rsidRPr="006D0988" w:rsidRDefault="00000000" w:rsidP="006778D9">
      <w:pPr>
        <w:pStyle w:val="Listadokumentu"/>
        <w:numPr>
          <w:ilvl w:val="0"/>
          <w:numId w:val="17"/>
        </w:numPr>
        <w:rPr>
          <w:lang w:val="pl-PL"/>
        </w:rPr>
      </w:pPr>
      <w:r w:rsidRPr="006D0988">
        <w:rPr>
          <w:lang w:val="pl-PL"/>
        </w:rPr>
        <w:t>Informacja o wyniku naboru zostanie opublikowana w Biuletynie Informacji Publicznej oraz na tablicy informacyjnej Urzędu przez okres wymagany ustawą.</w:t>
      </w:r>
    </w:p>
    <w:p w14:paraId="0572787D" w14:textId="77777777" w:rsidR="00804731" w:rsidRPr="006D0988" w:rsidRDefault="00000000" w:rsidP="006778D9">
      <w:pPr>
        <w:pStyle w:val="Listadokumentu"/>
        <w:numPr>
          <w:ilvl w:val="0"/>
          <w:numId w:val="17"/>
        </w:numPr>
        <w:rPr>
          <w:lang w:val="pl-PL"/>
        </w:rPr>
      </w:pPr>
      <w:r w:rsidRPr="006D0988">
        <w:rPr>
          <w:lang w:val="pl-PL"/>
        </w:rPr>
        <w:t>Wójt Gminy Pawłów może unieważnić nabór w uzasadnionych przypadkach. Informacja o unieważnieniu wraz z uzasadnieniem zostanie opublikowana w sposób właściwy dla ogłoszenia o naborze.</w:t>
      </w:r>
    </w:p>
    <w:p w14:paraId="138504F1" w14:textId="77777777" w:rsidR="00804731" w:rsidRPr="006D0988" w:rsidRDefault="00000000" w:rsidP="006778D9">
      <w:pPr>
        <w:pStyle w:val="Listadokumentu"/>
        <w:numPr>
          <w:ilvl w:val="0"/>
          <w:numId w:val="17"/>
        </w:numPr>
        <w:rPr>
          <w:lang w:val="pl-PL"/>
        </w:rPr>
      </w:pPr>
      <w:r w:rsidRPr="006D0988">
        <w:rPr>
          <w:lang w:val="pl-PL"/>
        </w:rPr>
        <w:lastRenderedPageBreak/>
        <w:t>Dokumentacja naboru będzie przechowywana przez okres wynikający z przepisów kancelaryjno-archiwalnych i jednolitego rzeczowego wykazu akt. Pozostałe dokumenty zostaną zwrócone albo zniszczone zgodnie z zasadami obowiązującymi w Urzędzie i przepisami o ochronie danych osobowych.</w:t>
      </w:r>
    </w:p>
    <w:p w14:paraId="711B477F" w14:textId="77777777" w:rsidR="00804731" w:rsidRPr="006D0988" w:rsidRDefault="00000000" w:rsidP="006778D9">
      <w:pPr>
        <w:pStyle w:val="Listadokumentu"/>
        <w:numPr>
          <w:ilvl w:val="0"/>
          <w:numId w:val="17"/>
        </w:numPr>
        <w:rPr>
          <w:lang w:val="pl-PL"/>
        </w:rPr>
      </w:pPr>
      <w:r w:rsidRPr="006D0988">
        <w:rPr>
          <w:lang w:val="pl-PL"/>
        </w:rPr>
        <w:t>W przypadku osoby podejmującej po raz pierwszy pracę na stanowisku urzędniczym zastosowanie mają przepisy o umowie na czas określony i służbie przygotowawczej.</w:t>
      </w:r>
      <w:r w:rsidRPr="006D0988">
        <w:rPr>
          <w:lang w:val="pl-PL"/>
        </w:rPr>
        <w:br w:type="page"/>
      </w:r>
    </w:p>
    <w:p w14:paraId="3E92CAF3" w14:textId="77777777" w:rsidR="00804731" w:rsidRPr="006D0988" w:rsidRDefault="00000000">
      <w:pPr>
        <w:spacing w:after="160"/>
        <w:jc w:val="center"/>
        <w:rPr>
          <w:b/>
          <w:sz w:val="24"/>
          <w:lang w:val="pl-PL"/>
        </w:rPr>
      </w:pPr>
      <w:r w:rsidRPr="006D0988">
        <w:rPr>
          <w:b/>
          <w:sz w:val="24"/>
          <w:lang w:val="pl-PL"/>
        </w:rPr>
        <w:lastRenderedPageBreak/>
        <w:t>KLAUZULA INFORMACYJNA DLA KANDYDATÓW DO PRACY</w:t>
      </w:r>
    </w:p>
    <w:p w14:paraId="208090D7" w14:textId="77777777" w:rsidR="00E333F3" w:rsidRPr="006D0988" w:rsidRDefault="00E333F3">
      <w:pPr>
        <w:spacing w:after="160"/>
        <w:jc w:val="center"/>
        <w:rPr>
          <w:lang w:val="pl-PL"/>
        </w:rPr>
      </w:pPr>
    </w:p>
    <w:p w14:paraId="7F41434C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1. </w:t>
      </w:r>
      <w:r w:rsidRPr="006D0988">
        <w:rPr>
          <w:lang w:val="pl-PL"/>
        </w:rPr>
        <w:t xml:space="preserve">Administratorem Pani/Pana danych osobowych jest Wójt Gminy Pawłów, Pawłów 56, 27-225 Pawłów. Z administratorem można kontaktować się listownie na wskazany adres, pocztą elektroniczną: urzad@pawlow.pl, telefonicznie: 41 272 16 14, przez </w:t>
      </w:r>
      <w:proofErr w:type="spellStart"/>
      <w:r w:rsidRPr="006D0988">
        <w:rPr>
          <w:lang w:val="pl-PL"/>
        </w:rPr>
        <w:t>ePUAP</w:t>
      </w:r>
      <w:proofErr w:type="spellEnd"/>
      <w:r w:rsidRPr="006D0988">
        <w:rPr>
          <w:lang w:val="pl-PL"/>
        </w:rPr>
        <w:t xml:space="preserve"> oraz za pośrednictwem adresu do e-Doręczeń: AE:PL-81512-67806-CIDDU-34.</w:t>
      </w:r>
    </w:p>
    <w:p w14:paraId="05BFA77C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2. </w:t>
      </w:r>
      <w:r w:rsidRPr="006D0988">
        <w:rPr>
          <w:lang w:val="pl-PL"/>
        </w:rPr>
        <w:t>Administrator wyznaczył Inspektora Ochrony Danych, z którym można kontaktować się pod adresem e-mail: iod@pawlow.pl lub telefonicznie: 41 272 16 14, wew. 127.</w:t>
      </w:r>
    </w:p>
    <w:p w14:paraId="2488F0AD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3. </w:t>
      </w:r>
      <w:r w:rsidRPr="006D0988">
        <w:rPr>
          <w:lang w:val="pl-PL"/>
        </w:rPr>
        <w:t>Dane osobowe będą przetwarzane w celu przeprowadzenia naboru i wyboru kandydata do zatrudnienia: a) w zakresie danych wymaganych przepisami prawa – na podstawie art. 6 ust. 1 lit. c RODO w związku z art. 22^1 Kodeksu pracy oraz ustawą o pracownikach samorządowych; b) w zakresie danych dodatkowych przekazanych z inicjatywy kandydata – na podstawie zgody, o której mowa w art. 6 ust. 1 lit. a RODO i art. 22^1a Kodeksu pracy; c) w zakresie danych szczególnych kategorii dobrowolnie przekazanych przez kandydata – na podstawie art. 9 ust. 2 lit. a RODO i art. 22^1b Kodeksu pracy; d) w zakresie dokumentu potwierdzającego niepełnosprawność – na podstawie art. 6 ust. 1 lit. c oraz art. 9 ust. 2 lit. b RODO w związku z art. 13a ustawy o pracownikach samorządowych.</w:t>
      </w:r>
    </w:p>
    <w:p w14:paraId="3485F244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4. </w:t>
      </w:r>
      <w:r w:rsidRPr="006D0988">
        <w:rPr>
          <w:lang w:val="pl-PL"/>
        </w:rPr>
        <w:t>Odbiorcami danych mogą być osoby upoważnione przez administratora, podmioty świadczące na jego rzecz usługi informatyczne, pocztowe, doręczeniowe i archiwizacyjne oraz organy lub podmioty uprawnione do uzyskania danych na podstawie przepisów prawa. Informacje dotyczące kandydatów i wyniku naboru mogą zostać udostępnione w zakresie wynikającym z ustawy o pracownikach samorządowych i przepisów o dostępie do informacji publicznej.</w:t>
      </w:r>
    </w:p>
    <w:p w14:paraId="11ABF73E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5. </w:t>
      </w:r>
      <w:r w:rsidRPr="006D0988">
        <w:rPr>
          <w:lang w:val="pl-PL"/>
        </w:rPr>
        <w:t>Dane nie będą przekazywane do państwa trzeciego ani organizacji międzynarodowej, chyba że obowiązek taki będzie wynikał z przepisów prawa lub z używanych, zgodnych z prawem narzędzi teleinformatycznych; w takim przypadku kandydat otrzyma wymagane informacje.</w:t>
      </w:r>
    </w:p>
    <w:p w14:paraId="0D38C584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6. </w:t>
      </w:r>
      <w:r w:rsidRPr="006D0988">
        <w:rPr>
          <w:lang w:val="pl-PL"/>
        </w:rPr>
        <w:t>Dane będą przechowywane przez okres prowadzenia naboru, a następnie przez okres wynikający z przepisów kancelaryjno-archiwalnych, jednolitego rzeczowego wykazu akt oraz okres niezbędny do ustalenia, dochodzenia lub obrony ewentualnych roszczeń. Dane przetwarzane wyłącznie na podstawie zgody mogą być przetwarzane do jej wycofania, z zastrzeżeniem obowiązków archiwalnych.</w:t>
      </w:r>
    </w:p>
    <w:p w14:paraId="55FE1113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7. </w:t>
      </w:r>
      <w:r w:rsidRPr="006D0988">
        <w:rPr>
          <w:lang w:val="pl-PL"/>
        </w:rPr>
        <w:t>Przysługuje Pani/Panu – w granicach określonych w RODO – prawo dostępu do danych i uzyskania ich kopii, prawo sprostowania danych, prawo ograniczenia przetwarzania oraz, gdy zachodzą przesłanki prawne, prawo usunięcia danych. W odniesieniu do danych przetwarzanych na podstawie zgody przysługuje prawo wycofania zgody w dowolnym momencie; wycofanie zgody nie wpływa na zgodność z prawem przetwarzania dokonanego przed jej wycofaniem.</w:t>
      </w:r>
    </w:p>
    <w:p w14:paraId="0EE1E19E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8. </w:t>
      </w:r>
      <w:r w:rsidRPr="006D0988">
        <w:rPr>
          <w:lang w:val="pl-PL"/>
        </w:rPr>
        <w:t>Przysługuje Pani/Panu prawo wniesienia skargi do Prezesa Urzędu Ochrony Danych Osobowych, ul. Stawki 2, 00-193 Warszawa.</w:t>
      </w:r>
    </w:p>
    <w:p w14:paraId="0A992A77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9. </w:t>
      </w:r>
      <w:r w:rsidRPr="006D0988">
        <w:rPr>
          <w:lang w:val="pl-PL"/>
        </w:rPr>
        <w:t>Podanie danych wymaganych przepisami prawa jest niezbędne do udziału w naborze. Niepodanie tych danych uniemożliwi rozpatrzenie oferty. Podanie danych dodatkowych jest dobrowolne, a brak zgody na ich przetwarzanie nie może być podstawą niekorzystnego traktowania kandydata.</w:t>
      </w:r>
    </w:p>
    <w:p w14:paraId="30FED652" w14:textId="77777777" w:rsidR="00804731" w:rsidRPr="006D0988" w:rsidRDefault="00000000">
      <w:pPr>
        <w:spacing w:after="80"/>
        <w:ind w:left="283" w:hanging="283"/>
        <w:rPr>
          <w:lang w:val="pl-PL"/>
        </w:rPr>
      </w:pPr>
      <w:r w:rsidRPr="006D0988">
        <w:rPr>
          <w:b/>
          <w:lang w:val="pl-PL"/>
        </w:rPr>
        <w:t xml:space="preserve">10. </w:t>
      </w:r>
      <w:r w:rsidRPr="006D0988">
        <w:rPr>
          <w:lang w:val="pl-PL"/>
        </w:rPr>
        <w:t>Dane nie będą wykorzystywane do podejmowania decyzji wyłącznie w sposób zautomatyzowany ani do profilowania.</w:t>
      </w:r>
    </w:p>
    <w:p w14:paraId="3B70DF61" w14:textId="77777777" w:rsidR="00E333F3" w:rsidRPr="006D0988" w:rsidRDefault="00E333F3">
      <w:pPr>
        <w:spacing w:after="200" w:line="276" w:lineRule="auto"/>
        <w:rPr>
          <w:b/>
          <w:lang w:val="pl-PL"/>
        </w:rPr>
      </w:pPr>
      <w:r w:rsidRPr="006D0988">
        <w:rPr>
          <w:b/>
          <w:lang w:val="pl-PL"/>
        </w:rPr>
        <w:br w:type="page"/>
      </w:r>
    </w:p>
    <w:p w14:paraId="4531E22E" w14:textId="08EB2134" w:rsidR="009B0F6C" w:rsidRPr="006D0988" w:rsidRDefault="009B0F6C">
      <w:pPr>
        <w:rPr>
          <w:lang w:val="pl-PL"/>
        </w:rPr>
      </w:pPr>
    </w:p>
    <w:p w14:paraId="25BEE7B0" w14:textId="77777777" w:rsidR="009B0F6C" w:rsidRPr="006D0988" w:rsidRDefault="00000000">
      <w:pPr>
        <w:spacing w:after="160"/>
        <w:jc w:val="right"/>
        <w:rPr>
          <w:lang w:val="pl-PL"/>
        </w:rPr>
      </w:pPr>
      <w:r w:rsidRPr="006D0988">
        <w:rPr>
          <w:sz w:val="19"/>
          <w:lang w:val="pl-PL"/>
        </w:rPr>
        <w:t>Załącznik nr 1 do ogłoszenia o naborze</w:t>
      </w:r>
      <w:r w:rsidRPr="006D0988">
        <w:rPr>
          <w:sz w:val="19"/>
          <w:lang w:val="pl-PL"/>
        </w:rPr>
        <w:br/>
        <w:t>na stanowisko podinspektora ds. działalności gospodarczej</w:t>
      </w:r>
    </w:p>
    <w:p w14:paraId="27CB10C6" w14:textId="77777777" w:rsidR="009B0F6C" w:rsidRPr="006D0988" w:rsidRDefault="00000000">
      <w:pPr>
        <w:spacing w:before="120" w:after="160"/>
        <w:jc w:val="center"/>
        <w:rPr>
          <w:lang w:val="pl-PL"/>
        </w:rPr>
      </w:pPr>
      <w:r w:rsidRPr="006D0988">
        <w:rPr>
          <w:b/>
          <w:sz w:val="26"/>
          <w:lang w:val="pl-PL"/>
        </w:rPr>
        <w:t>KWESTIONARIUSZ OSOBOWY</w:t>
      </w:r>
      <w:r w:rsidRPr="006D0988">
        <w:rPr>
          <w:b/>
          <w:sz w:val="26"/>
          <w:lang w:val="pl-PL"/>
        </w:rPr>
        <w:br/>
        <w:t>DLA OSOBY UBIEGAJĄCEJ SIĘ O ZATRUDNIENIE</w:t>
      </w:r>
    </w:p>
    <w:p w14:paraId="344F3A7F" w14:textId="77777777" w:rsidR="009B0F6C" w:rsidRPr="006D0988" w:rsidRDefault="00000000">
      <w:pPr>
        <w:spacing w:after="200"/>
        <w:jc w:val="center"/>
        <w:rPr>
          <w:lang w:val="pl-PL"/>
        </w:rPr>
      </w:pPr>
      <w:r w:rsidRPr="006D0988">
        <w:rPr>
          <w:b/>
          <w:lang w:val="pl-PL"/>
        </w:rPr>
        <w:t>Stanowisko: podinspektor ds. działalności gospodarczej</w:t>
      </w:r>
    </w:p>
    <w:p w14:paraId="5E83E750" w14:textId="77777777" w:rsidR="009B0F6C" w:rsidRPr="006D0988" w:rsidRDefault="00000000">
      <w:pPr>
        <w:keepNext/>
        <w:spacing w:before="40" w:after="40"/>
        <w:rPr>
          <w:lang w:val="pl-PL"/>
        </w:rPr>
      </w:pPr>
      <w:r w:rsidRPr="006D0988">
        <w:rPr>
          <w:b/>
          <w:lang w:val="pl-PL"/>
        </w:rPr>
        <w:t>1. Imię (imiona) i nazwisko:</w:t>
      </w:r>
    </w:p>
    <w:p w14:paraId="054DC55A" w14:textId="77777777" w:rsidR="009B0F6C" w:rsidRPr="006D0988" w:rsidRDefault="00000000">
      <w:pPr>
        <w:rPr>
          <w:lang w:val="pl-PL"/>
        </w:rPr>
      </w:pPr>
      <w:r w:rsidRPr="006D0988">
        <w:rPr>
          <w:lang w:val="pl-PL"/>
        </w:rPr>
        <w:t>........................................................................................................................................</w:t>
      </w:r>
    </w:p>
    <w:p w14:paraId="1398C6A5" w14:textId="77777777" w:rsidR="009B0F6C" w:rsidRPr="006D0988" w:rsidRDefault="00000000">
      <w:pPr>
        <w:keepNext/>
        <w:spacing w:before="40" w:after="40"/>
        <w:rPr>
          <w:lang w:val="pl-PL"/>
        </w:rPr>
      </w:pPr>
      <w:r w:rsidRPr="006D0988">
        <w:rPr>
          <w:b/>
          <w:lang w:val="pl-PL"/>
        </w:rPr>
        <w:t>2. Data urodzenia:</w:t>
      </w:r>
    </w:p>
    <w:p w14:paraId="67095D37" w14:textId="77777777" w:rsidR="009B0F6C" w:rsidRPr="006D0988" w:rsidRDefault="00000000">
      <w:pPr>
        <w:rPr>
          <w:lang w:val="pl-PL"/>
        </w:rPr>
      </w:pPr>
      <w:r w:rsidRPr="006D0988">
        <w:rPr>
          <w:lang w:val="pl-PL"/>
        </w:rPr>
        <w:t>........................................................................................................................................</w:t>
      </w:r>
    </w:p>
    <w:p w14:paraId="6D49E670" w14:textId="77777777" w:rsidR="009B0F6C" w:rsidRPr="006D0988" w:rsidRDefault="00000000">
      <w:pPr>
        <w:keepNext/>
        <w:spacing w:before="40" w:after="40"/>
        <w:rPr>
          <w:lang w:val="pl-PL"/>
        </w:rPr>
      </w:pPr>
      <w:r w:rsidRPr="006D0988">
        <w:rPr>
          <w:b/>
          <w:lang w:val="pl-PL"/>
        </w:rPr>
        <w:t>3. Dane kontaktowe wskazane przez osobę ubiegającą się o zatrudnienie:</w:t>
      </w:r>
      <w:r w:rsidRPr="006D0988">
        <w:rPr>
          <w:i/>
          <w:sz w:val="19"/>
          <w:lang w:val="pl-PL"/>
        </w:rPr>
        <w:t xml:space="preserve"> (np. numer telefonu, adres poczty elektronicznej lub adres do korespondencji – według wyboru kandydata)</w:t>
      </w:r>
    </w:p>
    <w:p w14:paraId="471A4043" w14:textId="77777777" w:rsidR="009B0F6C" w:rsidRPr="006D0988" w:rsidRDefault="00000000">
      <w:pPr>
        <w:rPr>
          <w:lang w:val="pl-PL"/>
        </w:rPr>
      </w:pPr>
      <w:r w:rsidRPr="006D0988">
        <w:rPr>
          <w:lang w:val="pl-PL"/>
        </w:rPr>
        <w:t>........................................................................................................................................</w:t>
      </w:r>
    </w:p>
    <w:p w14:paraId="552021A1" w14:textId="77777777" w:rsidR="009B0F6C" w:rsidRPr="006D0988" w:rsidRDefault="00000000">
      <w:pPr>
        <w:rPr>
          <w:lang w:val="pl-PL"/>
        </w:rPr>
      </w:pPr>
      <w:r w:rsidRPr="006D0988">
        <w:rPr>
          <w:lang w:val="pl-PL"/>
        </w:rPr>
        <w:t>........................................................................................................................................</w:t>
      </w:r>
    </w:p>
    <w:p w14:paraId="4CB70EC8" w14:textId="77777777" w:rsidR="009B0F6C" w:rsidRPr="006D0988" w:rsidRDefault="00000000">
      <w:pPr>
        <w:spacing w:before="80"/>
        <w:rPr>
          <w:lang w:val="pl-PL"/>
        </w:rPr>
      </w:pPr>
      <w:r w:rsidRPr="006D0988">
        <w:rPr>
          <w:b/>
          <w:lang w:val="pl-PL"/>
        </w:rPr>
        <w:t>4. Wykształcenie: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B0F6C" w:rsidRPr="006D0988" w14:paraId="34806B7D" w14:textId="77777777">
        <w:trPr>
          <w:cantSplit/>
          <w:tblHeader/>
          <w:jc w:val="center"/>
        </w:trPr>
        <w:tc>
          <w:tcPr>
            <w:tcW w:w="240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BEDAB6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Nazwa szkoły / uczelni</w:t>
            </w:r>
          </w:p>
        </w:tc>
        <w:tc>
          <w:tcPr>
            <w:tcW w:w="240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D9399B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Okres nauki</w:t>
            </w:r>
          </w:p>
        </w:tc>
        <w:tc>
          <w:tcPr>
            <w:tcW w:w="240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83BFB6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Kierunek / specjalność</w:t>
            </w:r>
          </w:p>
        </w:tc>
        <w:tc>
          <w:tcPr>
            <w:tcW w:w="240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5E58C5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Uzyskany tytuł / poziom</w:t>
            </w:r>
          </w:p>
        </w:tc>
      </w:tr>
      <w:tr w:rsidR="009B0F6C" w:rsidRPr="006D0988" w14:paraId="5ABF0286" w14:textId="77777777">
        <w:trPr>
          <w:cantSplit/>
          <w:trHeight w:val="560"/>
          <w:jc w:val="center"/>
        </w:trPr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A85FDF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72B018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DA90DC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F449C5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6DB7B131" w14:textId="77777777">
        <w:trPr>
          <w:cantSplit/>
          <w:trHeight w:val="560"/>
          <w:jc w:val="center"/>
        </w:trPr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D0C789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83D273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2D4D08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F12224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0AB4EFD3" w14:textId="77777777">
        <w:trPr>
          <w:cantSplit/>
          <w:trHeight w:val="560"/>
          <w:jc w:val="center"/>
        </w:trPr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159738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5700E8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A9BA7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20135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3F95A900" w14:textId="77777777">
        <w:trPr>
          <w:cantSplit/>
          <w:trHeight w:val="560"/>
          <w:jc w:val="center"/>
        </w:trPr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613384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0232D2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49814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24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2AFF6C" w14:textId="77777777" w:rsidR="009B0F6C" w:rsidRPr="006D0988" w:rsidRDefault="009B0F6C">
            <w:pPr>
              <w:rPr>
                <w:lang w:val="pl-PL"/>
              </w:rPr>
            </w:pPr>
          </w:p>
        </w:tc>
      </w:tr>
    </w:tbl>
    <w:p w14:paraId="6B814BE0" w14:textId="77777777" w:rsidR="009B0F6C" w:rsidRPr="006D0988" w:rsidRDefault="00000000">
      <w:pPr>
        <w:spacing w:before="120"/>
        <w:rPr>
          <w:lang w:val="pl-PL"/>
        </w:rPr>
      </w:pPr>
      <w:r w:rsidRPr="006D0988">
        <w:rPr>
          <w:b/>
          <w:lang w:val="pl-PL"/>
        </w:rPr>
        <w:t>5. Kwalifikacje zawodowe: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9B0F6C" w:rsidRPr="006D0988" w14:paraId="54D37F6E" w14:textId="77777777">
        <w:trPr>
          <w:cantSplit/>
          <w:tblHeader/>
          <w:jc w:val="center"/>
        </w:trPr>
        <w:tc>
          <w:tcPr>
            <w:tcW w:w="3213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8B946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Nazwa kwalifikacji, uprawnienia, kursu lub szkolenia</w:t>
            </w:r>
          </w:p>
        </w:tc>
        <w:tc>
          <w:tcPr>
            <w:tcW w:w="3213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F897A9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Instytucja / organizator</w:t>
            </w:r>
          </w:p>
        </w:tc>
        <w:tc>
          <w:tcPr>
            <w:tcW w:w="3213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EF116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Data uzyskania / okres ważności</w:t>
            </w:r>
          </w:p>
        </w:tc>
      </w:tr>
      <w:tr w:rsidR="009B0F6C" w:rsidRPr="006D0988" w14:paraId="083BE277" w14:textId="77777777">
        <w:trPr>
          <w:cantSplit/>
          <w:trHeight w:val="520"/>
          <w:jc w:val="center"/>
        </w:trPr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CC7FC5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4E761E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1636A9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177B7B47" w14:textId="77777777">
        <w:trPr>
          <w:cantSplit/>
          <w:trHeight w:val="520"/>
          <w:jc w:val="center"/>
        </w:trPr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6BA673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DD84F6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429C84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4D28878E" w14:textId="77777777">
        <w:trPr>
          <w:cantSplit/>
          <w:trHeight w:val="520"/>
          <w:jc w:val="center"/>
        </w:trPr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50810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8353A2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2C5793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4E965870" w14:textId="77777777">
        <w:trPr>
          <w:cantSplit/>
          <w:trHeight w:val="520"/>
          <w:jc w:val="center"/>
        </w:trPr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534D2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814C9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B23B37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45D3DC7A" w14:textId="77777777">
        <w:trPr>
          <w:cantSplit/>
          <w:trHeight w:val="520"/>
          <w:jc w:val="center"/>
        </w:trPr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CBA803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F96770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020056" w14:textId="77777777" w:rsidR="009B0F6C" w:rsidRPr="006D0988" w:rsidRDefault="009B0F6C">
            <w:pPr>
              <w:rPr>
                <w:lang w:val="pl-PL"/>
              </w:rPr>
            </w:pPr>
          </w:p>
        </w:tc>
      </w:tr>
    </w:tbl>
    <w:p w14:paraId="6BBE0A43" w14:textId="77777777" w:rsidR="009B0F6C" w:rsidRPr="006D0988" w:rsidRDefault="00000000">
      <w:pPr>
        <w:rPr>
          <w:lang w:val="pl-PL"/>
        </w:rPr>
      </w:pPr>
      <w:r w:rsidRPr="006D0988">
        <w:rPr>
          <w:lang w:val="pl-PL"/>
        </w:rPr>
        <w:br w:type="page"/>
      </w:r>
    </w:p>
    <w:p w14:paraId="749C934A" w14:textId="77777777" w:rsidR="009B0F6C" w:rsidRPr="006D0988" w:rsidRDefault="00000000">
      <w:pPr>
        <w:rPr>
          <w:lang w:val="pl-PL"/>
        </w:rPr>
      </w:pPr>
      <w:r w:rsidRPr="006D0988">
        <w:rPr>
          <w:b/>
          <w:lang w:val="pl-PL"/>
        </w:rPr>
        <w:lastRenderedPageBreak/>
        <w:t>6. Przebieg dotychczasowego zatrudnienia: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9B0F6C" w:rsidRPr="006D0988" w14:paraId="77ACA01F" w14:textId="77777777" w:rsidTr="00337BA9">
        <w:trPr>
          <w:cantSplit/>
          <w:tblHeader/>
          <w:jc w:val="center"/>
        </w:trPr>
        <w:tc>
          <w:tcPr>
            <w:tcW w:w="3210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B6DE7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Okres zatrudnienia</w:t>
            </w:r>
            <w:r w:rsidRPr="006D0988">
              <w:rPr>
                <w:b/>
                <w:sz w:val="18"/>
                <w:lang w:val="pl-PL"/>
              </w:rPr>
              <w:br/>
              <w:t>od – do</w:t>
            </w:r>
          </w:p>
        </w:tc>
        <w:tc>
          <w:tcPr>
            <w:tcW w:w="320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43FFAC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Nazwa i siedziba pracodawcy</w:t>
            </w:r>
          </w:p>
        </w:tc>
        <w:tc>
          <w:tcPr>
            <w:tcW w:w="320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B451A3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b/>
                <w:sz w:val="18"/>
                <w:lang w:val="pl-PL"/>
              </w:rPr>
              <w:t>Stanowisko / rodzaj wykonywanej pracy</w:t>
            </w:r>
          </w:p>
        </w:tc>
      </w:tr>
      <w:tr w:rsidR="009B0F6C" w:rsidRPr="006D0988" w14:paraId="466527F9" w14:textId="77777777" w:rsidTr="00337BA9">
        <w:trPr>
          <w:cantSplit/>
          <w:trHeight w:val="560"/>
          <w:jc w:val="center"/>
        </w:trPr>
        <w:tc>
          <w:tcPr>
            <w:tcW w:w="32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87B129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A43AF3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7659F0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63EB0B28" w14:textId="77777777" w:rsidTr="00337BA9">
        <w:trPr>
          <w:cantSplit/>
          <w:trHeight w:val="560"/>
          <w:jc w:val="center"/>
        </w:trPr>
        <w:tc>
          <w:tcPr>
            <w:tcW w:w="32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B68DB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B25486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19702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23DD9C4F" w14:textId="77777777" w:rsidTr="00337BA9">
        <w:trPr>
          <w:cantSplit/>
          <w:trHeight w:val="560"/>
          <w:jc w:val="center"/>
        </w:trPr>
        <w:tc>
          <w:tcPr>
            <w:tcW w:w="32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7D8CB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E4C6B9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A8A563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5704FEBD" w14:textId="77777777" w:rsidTr="00337BA9">
        <w:trPr>
          <w:cantSplit/>
          <w:trHeight w:val="560"/>
          <w:jc w:val="center"/>
        </w:trPr>
        <w:tc>
          <w:tcPr>
            <w:tcW w:w="32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25845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C1132D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98376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1FF5B9FB" w14:textId="77777777" w:rsidTr="00337BA9">
        <w:trPr>
          <w:cantSplit/>
          <w:trHeight w:val="560"/>
          <w:jc w:val="center"/>
        </w:trPr>
        <w:tc>
          <w:tcPr>
            <w:tcW w:w="32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AD6D54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81319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168FD" w14:textId="77777777" w:rsidR="009B0F6C" w:rsidRPr="006D0988" w:rsidRDefault="009B0F6C">
            <w:pPr>
              <w:rPr>
                <w:lang w:val="pl-PL"/>
              </w:rPr>
            </w:pPr>
          </w:p>
        </w:tc>
      </w:tr>
      <w:tr w:rsidR="009B0F6C" w:rsidRPr="006D0988" w14:paraId="54ACB91F" w14:textId="77777777" w:rsidTr="00337BA9">
        <w:trPr>
          <w:cantSplit/>
          <w:trHeight w:val="560"/>
          <w:jc w:val="center"/>
        </w:trPr>
        <w:tc>
          <w:tcPr>
            <w:tcW w:w="32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ECA6A1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13D2B" w14:textId="77777777" w:rsidR="009B0F6C" w:rsidRPr="006D0988" w:rsidRDefault="009B0F6C">
            <w:pPr>
              <w:rPr>
                <w:lang w:val="pl-PL"/>
              </w:rPr>
            </w:pPr>
          </w:p>
        </w:tc>
        <w:tc>
          <w:tcPr>
            <w:tcW w:w="320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544374" w14:textId="77777777" w:rsidR="009B0F6C" w:rsidRPr="006D0988" w:rsidRDefault="009B0F6C">
            <w:pPr>
              <w:rPr>
                <w:lang w:val="pl-PL"/>
              </w:rPr>
            </w:pPr>
          </w:p>
        </w:tc>
      </w:tr>
    </w:tbl>
    <w:p w14:paraId="761E92A5" w14:textId="77777777" w:rsidR="009B0F6C" w:rsidRPr="006D0988" w:rsidRDefault="00000000">
      <w:pPr>
        <w:spacing w:before="140"/>
        <w:rPr>
          <w:lang w:val="pl-PL"/>
        </w:rPr>
      </w:pPr>
      <w:r w:rsidRPr="006D0988">
        <w:rPr>
          <w:b/>
          <w:lang w:val="pl-PL"/>
        </w:rPr>
        <w:t>7. Inne dane lub umiejętności istotne dla stanowiska – podawane dobrowolnie:</w:t>
      </w:r>
      <w:r w:rsidRPr="006D0988">
        <w:rPr>
          <w:i/>
          <w:sz w:val="19"/>
          <w:lang w:val="pl-PL"/>
        </w:rPr>
        <w:br/>
        <w:t>(np. znajomość systemów informatycznych i programów biurowych, języków obcych, posiadane prawo jazdy)</w:t>
      </w:r>
    </w:p>
    <w:p w14:paraId="0DECA966" w14:textId="77777777" w:rsidR="009B0F6C" w:rsidRPr="006D0988" w:rsidRDefault="00000000">
      <w:pPr>
        <w:rPr>
          <w:lang w:val="pl-PL"/>
        </w:rPr>
      </w:pPr>
      <w:r w:rsidRPr="006D0988">
        <w:rPr>
          <w:lang w:val="pl-PL"/>
        </w:rPr>
        <w:t>........................................................................................................................................</w:t>
      </w:r>
    </w:p>
    <w:p w14:paraId="4B2B5F6F" w14:textId="77777777" w:rsidR="009B0F6C" w:rsidRPr="006D0988" w:rsidRDefault="00000000">
      <w:pPr>
        <w:rPr>
          <w:lang w:val="pl-PL"/>
        </w:rPr>
      </w:pPr>
      <w:r w:rsidRPr="006D0988">
        <w:rPr>
          <w:lang w:val="pl-PL"/>
        </w:rPr>
        <w:t>........................................................................................................................................</w:t>
      </w:r>
    </w:p>
    <w:p w14:paraId="59F8F3B3" w14:textId="77777777" w:rsidR="009B0F6C" w:rsidRPr="006D0988" w:rsidRDefault="00000000">
      <w:pPr>
        <w:rPr>
          <w:lang w:val="pl-PL"/>
        </w:rPr>
      </w:pPr>
      <w:r w:rsidRPr="006D0988">
        <w:rPr>
          <w:lang w:val="pl-PL"/>
        </w:rPr>
        <w:t>........................................................................................................................................</w:t>
      </w:r>
    </w:p>
    <w:p w14:paraId="1B1FFC30" w14:textId="77777777" w:rsidR="006D0988" w:rsidRDefault="006D0988">
      <w:pPr>
        <w:spacing w:before="160" w:after="160"/>
        <w:jc w:val="both"/>
        <w:rPr>
          <w:sz w:val="19"/>
          <w:lang w:val="pl-PL"/>
        </w:rPr>
      </w:pPr>
    </w:p>
    <w:p w14:paraId="3EA9F3B8" w14:textId="351A904F" w:rsidR="009B0F6C" w:rsidRDefault="00000000">
      <w:pPr>
        <w:spacing w:before="160" w:after="160"/>
        <w:jc w:val="both"/>
        <w:rPr>
          <w:sz w:val="19"/>
          <w:lang w:val="pl-PL"/>
        </w:rPr>
      </w:pPr>
      <w:r w:rsidRPr="006D0988">
        <w:rPr>
          <w:sz w:val="19"/>
          <w:lang w:val="pl-PL"/>
        </w:rPr>
        <w:t>Oświadczam, że dane podane w kwestionariuszu są zgodne z prawdą. Przyjmuję do wiadomości, że dane wskazane w pkt 7 są podawane dobrowolnie i będą przetwarzane na zasadach określonych w klauzuli informacyjnej zamieszczonej w ogłoszeniu o naborze.</w:t>
      </w:r>
    </w:p>
    <w:p w14:paraId="7AAA18BE" w14:textId="77777777" w:rsidR="006D0988" w:rsidRDefault="006D0988">
      <w:pPr>
        <w:spacing w:before="160" w:after="160"/>
        <w:jc w:val="both"/>
        <w:rPr>
          <w:sz w:val="19"/>
          <w:lang w:val="pl-PL"/>
        </w:rPr>
      </w:pPr>
    </w:p>
    <w:p w14:paraId="6B2DBD94" w14:textId="77777777" w:rsidR="006D0988" w:rsidRPr="006D0988" w:rsidRDefault="006D0988">
      <w:pPr>
        <w:spacing w:before="160" w:after="160"/>
        <w:jc w:val="both"/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9B0F6C" w:rsidRPr="006D0988" w14:paraId="3765CE88" w14:textId="77777777">
        <w:trPr>
          <w:cantSplit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8F79D95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sz w:val="19"/>
                <w:lang w:val="pl-PL"/>
              </w:rPr>
              <w:t>................................................</w:t>
            </w:r>
            <w:r w:rsidRPr="006D0988">
              <w:rPr>
                <w:sz w:val="19"/>
                <w:lang w:val="pl-PL"/>
              </w:rPr>
              <w:br/>
              <w:t>(miejscowość i data)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651865" w14:textId="77777777" w:rsidR="009B0F6C" w:rsidRPr="006D0988" w:rsidRDefault="00000000">
            <w:pPr>
              <w:jc w:val="center"/>
              <w:rPr>
                <w:lang w:val="pl-PL"/>
              </w:rPr>
            </w:pPr>
            <w:r w:rsidRPr="006D0988">
              <w:rPr>
                <w:sz w:val="19"/>
                <w:lang w:val="pl-PL"/>
              </w:rPr>
              <w:t>................................................</w:t>
            </w:r>
            <w:r w:rsidRPr="006D0988">
              <w:rPr>
                <w:sz w:val="19"/>
                <w:lang w:val="pl-PL"/>
              </w:rPr>
              <w:br/>
              <w:t>(czytelny podpis kandydata)</w:t>
            </w:r>
          </w:p>
        </w:tc>
      </w:tr>
      <w:tr w:rsidR="009B0F6C" w:rsidRPr="006D0988" w14:paraId="3DE6FB75" w14:textId="77777777">
        <w:trPr>
          <w:cantSplit/>
          <w:jc w:val="center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13692" w14:textId="77777777" w:rsidR="006D0988" w:rsidRDefault="006D0988">
            <w:pPr>
              <w:jc w:val="both"/>
              <w:rPr>
                <w:i/>
                <w:sz w:val="17"/>
                <w:lang w:val="pl-PL"/>
              </w:rPr>
            </w:pPr>
          </w:p>
          <w:p w14:paraId="3348F62D" w14:textId="77777777" w:rsidR="009B0F6C" w:rsidRDefault="00000000">
            <w:pPr>
              <w:jc w:val="both"/>
              <w:rPr>
                <w:i/>
                <w:sz w:val="17"/>
                <w:lang w:val="pl-PL"/>
              </w:rPr>
            </w:pPr>
            <w:r w:rsidRPr="006D0988">
              <w:rPr>
                <w:i/>
                <w:sz w:val="17"/>
                <w:lang w:val="pl-PL"/>
              </w:rPr>
              <w:t>Podstawa zakresu danych: art. 22¹ § 1–2 Kodeksu pracy. Pracodawca może żądać danych o wykształceniu, kwalifikacjach zawodowych i przebiegu zatrudnienia, gdy są one niezbędne do wykonywania pracy na danym stanowisku.</w:t>
            </w:r>
          </w:p>
          <w:p w14:paraId="0281A574" w14:textId="77777777" w:rsidR="00337BA9" w:rsidRDefault="00337BA9">
            <w:pPr>
              <w:jc w:val="both"/>
              <w:rPr>
                <w:i/>
                <w:sz w:val="17"/>
                <w:lang w:val="pl-PL"/>
              </w:rPr>
            </w:pPr>
          </w:p>
          <w:p w14:paraId="42B50D49" w14:textId="77777777" w:rsidR="00337BA9" w:rsidRPr="006D0988" w:rsidRDefault="00337BA9" w:rsidP="00337BA9">
            <w:pPr>
              <w:spacing w:before="120"/>
              <w:rPr>
                <w:b/>
                <w:lang w:val="pl-PL"/>
              </w:rPr>
            </w:pPr>
            <w:r w:rsidRPr="006D0988">
              <w:rPr>
                <w:b/>
                <w:lang w:val="pl-PL"/>
              </w:rPr>
              <w:t>Klauzula zgody na dane dodatkowe – tylko gdy kandydat zamieszcza w dokumentach dane wykraczające poza zakres wymagany przepisami:</w:t>
            </w:r>
          </w:p>
          <w:p w14:paraId="36CB8190" w14:textId="77777777" w:rsidR="00337BA9" w:rsidRPr="006D0988" w:rsidRDefault="00337BA9" w:rsidP="00337BA9">
            <w:pPr>
              <w:spacing w:before="120"/>
              <w:rPr>
                <w:lang w:val="pl-PL"/>
              </w:rPr>
            </w:pPr>
          </w:p>
          <w:tbl>
            <w:tblPr>
              <w:tblStyle w:val="Tabela-Siatka"/>
              <w:tblW w:w="9493" w:type="dxa"/>
              <w:jc w:val="center"/>
              <w:shd w:val="clear" w:color="auto" w:fill="EEECE1" w:themeFill="background2"/>
              <w:tblLook w:val="04A0" w:firstRow="1" w:lastRow="0" w:firstColumn="1" w:lastColumn="0" w:noHBand="0" w:noVBand="1"/>
            </w:tblPr>
            <w:tblGrid>
              <w:gridCol w:w="9493"/>
            </w:tblGrid>
            <w:tr w:rsidR="00337BA9" w:rsidRPr="006D0988" w14:paraId="5A1021DA" w14:textId="77777777" w:rsidTr="001226BE">
              <w:trPr>
                <w:cantSplit/>
                <w:jc w:val="center"/>
              </w:trPr>
              <w:tc>
                <w:tcPr>
                  <w:tcW w:w="9493" w:type="dxa"/>
                  <w:shd w:val="clear" w:color="auto" w:fill="EEECE1" w:themeFill="background2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</w:tcPr>
                <w:p w14:paraId="38364C34" w14:textId="77777777" w:rsidR="00337BA9" w:rsidRPr="006D0988" w:rsidRDefault="00337BA9" w:rsidP="00337BA9">
                  <w:pPr>
                    <w:rPr>
                      <w:lang w:val="pl-PL"/>
                    </w:rPr>
                  </w:pPr>
                  <w:r w:rsidRPr="006D0988">
                    <w:rPr>
                      <w:i/>
                      <w:lang w:val="pl-PL"/>
                    </w:rPr>
                    <w:t>„Wyrażam zgodę na przetwarzanie przez Wójta Gminy Pawłów danych osobowych zawartych w dokumentach aplikacyjnych, które wykraczają poza zakres danych wymaganych przepisami prawa, w celu przeprowadzenia niniejszego naboru. Zostałam/em poinformowana/y, że zgodę mogę wycofać w dowolnym momencie, bez wpływu na zgodność z prawem wcześniejszego przetwarzania.”</w:t>
                  </w:r>
                </w:p>
                <w:p w14:paraId="16162708" w14:textId="77777777" w:rsidR="00337BA9" w:rsidRPr="006D0988" w:rsidRDefault="00337BA9" w:rsidP="00337BA9">
                  <w:pPr>
                    <w:jc w:val="right"/>
                    <w:rPr>
                      <w:lang w:val="pl-PL"/>
                    </w:rPr>
                  </w:pPr>
                </w:p>
                <w:p w14:paraId="6AE423F6" w14:textId="77777777" w:rsidR="00337BA9" w:rsidRPr="006D0988" w:rsidRDefault="00337BA9" w:rsidP="00337BA9">
                  <w:pPr>
                    <w:jc w:val="right"/>
                    <w:rPr>
                      <w:lang w:val="pl-PL"/>
                    </w:rPr>
                  </w:pPr>
                </w:p>
                <w:p w14:paraId="4D448E33" w14:textId="39B665F4" w:rsidR="00337BA9" w:rsidRPr="006D0988" w:rsidRDefault="00337BA9" w:rsidP="00337BA9">
                  <w:pPr>
                    <w:jc w:val="right"/>
                    <w:rPr>
                      <w:lang w:val="pl-PL"/>
                    </w:rPr>
                  </w:pPr>
                  <w:r w:rsidRPr="006D0988">
                    <w:rPr>
                      <w:lang w:val="pl-PL"/>
                    </w:rPr>
                    <w:t>………</w:t>
                  </w:r>
                  <w:r>
                    <w:rPr>
                      <w:lang w:val="pl-PL"/>
                    </w:rPr>
                    <w:t>……………….</w:t>
                  </w:r>
                  <w:r w:rsidRPr="006D0988">
                    <w:rPr>
                      <w:lang w:val="pl-PL"/>
                    </w:rPr>
                    <w:t>……………………………</w:t>
                  </w:r>
                  <w:r w:rsidRPr="006D0988">
                    <w:rPr>
                      <w:lang w:val="pl-PL"/>
                    </w:rPr>
                    <w:br/>
                  </w:r>
                  <w:r>
                    <w:rPr>
                      <w:lang w:val="pl-PL"/>
                    </w:rPr>
                    <w:t xml:space="preserve">miejscowość, </w:t>
                  </w:r>
                  <w:r w:rsidRPr="006D0988">
                    <w:rPr>
                      <w:lang w:val="pl-PL"/>
                    </w:rPr>
                    <w:t>data i podpis kandydata</w:t>
                  </w:r>
                </w:p>
              </w:tc>
            </w:tr>
          </w:tbl>
          <w:p w14:paraId="57B10A5A" w14:textId="1C0AD244" w:rsidR="00337BA9" w:rsidRPr="006D0988" w:rsidRDefault="00337BA9">
            <w:pPr>
              <w:jc w:val="both"/>
              <w:rPr>
                <w:lang w:val="pl-PL"/>
              </w:rPr>
            </w:pPr>
          </w:p>
        </w:tc>
      </w:tr>
    </w:tbl>
    <w:p w14:paraId="61498C65" w14:textId="77777777" w:rsidR="00EB110F" w:rsidRPr="006D0988" w:rsidRDefault="00EB110F">
      <w:pPr>
        <w:rPr>
          <w:lang w:val="pl-PL"/>
        </w:rPr>
      </w:pPr>
    </w:p>
    <w:sectPr w:rsidR="00EB110F" w:rsidRPr="006D0988" w:rsidSect="00034616">
      <w:footerReference w:type="default" r:id="rId8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05140" w14:textId="77777777" w:rsidR="00EB110F" w:rsidRDefault="00EB110F">
      <w:pPr>
        <w:spacing w:after="0" w:line="240" w:lineRule="auto"/>
      </w:pPr>
      <w:r>
        <w:separator/>
      </w:r>
    </w:p>
  </w:endnote>
  <w:endnote w:type="continuationSeparator" w:id="0">
    <w:p w14:paraId="2FDC2E50" w14:textId="77777777" w:rsidR="00EB110F" w:rsidRDefault="00EB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B8D78" w14:textId="77777777" w:rsidR="00804731" w:rsidRDefault="00000000">
    <w:pPr>
      <w:pStyle w:val="Stopka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D77072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D3A3" w14:textId="77777777" w:rsidR="00EB110F" w:rsidRDefault="00EB110F">
      <w:pPr>
        <w:spacing w:after="0" w:line="240" w:lineRule="auto"/>
      </w:pPr>
      <w:r>
        <w:separator/>
      </w:r>
    </w:p>
  </w:footnote>
  <w:footnote w:type="continuationSeparator" w:id="0">
    <w:p w14:paraId="082B341B" w14:textId="77777777" w:rsidR="00EB110F" w:rsidRDefault="00EB1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EC5150"/>
    <w:multiLevelType w:val="hybridMultilevel"/>
    <w:tmpl w:val="61765DFE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0" w15:restartNumberingAfterBreak="0">
    <w:nsid w:val="0C3C1016"/>
    <w:multiLevelType w:val="hybridMultilevel"/>
    <w:tmpl w:val="C3F072D8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1" w15:restartNumberingAfterBreak="0">
    <w:nsid w:val="1B652CFF"/>
    <w:multiLevelType w:val="hybridMultilevel"/>
    <w:tmpl w:val="F85A1F68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2" w15:restartNumberingAfterBreak="0">
    <w:nsid w:val="2ED31955"/>
    <w:multiLevelType w:val="hybridMultilevel"/>
    <w:tmpl w:val="180E3990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3" w15:restartNumberingAfterBreak="0">
    <w:nsid w:val="3905226A"/>
    <w:multiLevelType w:val="hybridMultilevel"/>
    <w:tmpl w:val="CD7A3CC8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4" w15:restartNumberingAfterBreak="0">
    <w:nsid w:val="48FD6221"/>
    <w:multiLevelType w:val="hybridMultilevel"/>
    <w:tmpl w:val="AF3AC932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5" w15:restartNumberingAfterBreak="0">
    <w:nsid w:val="4D6B4D11"/>
    <w:multiLevelType w:val="hybridMultilevel"/>
    <w:tmpl w:val="B1F82D12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6" w15:restartNumberingAfterBreak="0">
    <w:nsid w:val="5E0956CD"/>
    <w:multiLevelType w:val="hybridMultilevel"/>
    <w:tmpl w:val="7C5C6CD0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 w16cid:durableId="230233717">
    <w:abstractNumId w:val="8"/>
  </w:num>
  <w:num w:numId="2" w16cid:durableId="578028710">
    <w:abstractNumId w:val="6"/>
  </w:num>
  <w:num w:numId="3" w16cid:durableId="1132402730">
    <w:abstractNumId w:val="5"/>
  </w:num>
  <w:num w:numId="4" w16cid:durableId="787242084">
    <w:abstractNumId w:val="4"/>
  </w:num>
  <w:num w:numId="5" w16cid:durableId="143473953">
    <w:abstractNumId w:val="7"/>
  </w:num>
  <w:num w:numId="6" w16cid:durableId="360018038">
    <w:abstractNumId w:val="3"/>
  </w:num>
  <w:num w:numId="7" w16cid:durableId="278069862">
    <w:abstractNumId w:val="2"/>
  </w:num>
  <w:num w:numId="8" w16cid:durableId="1590848572">
    <w:abstractNumId w:val="1"/>
  </w:num>
  <w:num w:numId="9" w16cid:durableId="967200241">
    <w:abstractNumId w:val="0"/>
  </w:num>
  <w:num w:numId="10" w16cid:durableId="231350111">
    <w:abstractNumId w:val="14"/>
  </w:num>
  <w:num w:numId="11" w16cid:durableId="1537542323">
    <w:abstractNumId w:val="16"/>
  </w:num>
  <w:num w:numId="12" w16cid:durableId="561454481">
    <w:abstractNumId w:val="9"/>
  </w:num>
  <w:num w:numId="13" w16cid:durableId="1282955751">
    <w:abstractNumId w:val="15"/>
  </w:num>
  <w:num w:numId="14" w16cid:durableId="2084328994">
    <w:abstractNumId w:val="11"/>
  </w:num>
  <w:num w:numId="15" w16cid:durableId="975526721">
    <w:abstractNumId w:val="10"/>
  </w:num>
  <w:num w:numId="16" w16cid:durableId="201137618">
    <w:abstractNumId w:val="13"/>
  </w:num>
  <w:num w:numId="17" w16cid:durableId="7576778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B4B"/>
    <w:rsid w:val="001226BE"/>
    <w:rsid w:val="0015074B"/>
    <w:rsid w:val="002105EB"/>
    <w:rsid w:val="00283121"/>
    <w:rsid w:val="0029639D"/>
    <w:rsid w:val="00326F90"/>
    <w:rsid w:val="00337BA9"/>
    <w:rsid w:val="00421D8E"/>
    <w:rsid w:val="004924AB"/>
    <w:rsid w:val="006778D9"/>
    <w:rsid w:val="006D0988"/>
    <w:rsid w:val="006F63DF"/>
    <w:rsid w:val="00804731"/>
    <w:rsid w:val="008C4EBB"/>
    <w:rsid w:val="008E5730"/>
    <w:rsid w:val="0096487F"/>
    <w:rsid w:val="009B0F6C"/>
    <w:rsid w:val="00AA1D8D"/>
    <w:rsid w:val="00AE6646"/>
    <w:rsid w:val="00B275D1"/>
    <w:rsid w:val="00B47730"/>
    <w:rsid w:val="00BF27DB"/>
    <w:rsid w:val="00C53D4A"/>
    <w:rsid w:val="00C969D7"/>
    <w:rsid w:val="00CB0664"/>
    <w:rsid w:val="00D77072"/>
    <w:rsid w:val="00DF32D8"/>
    <w:rsid w:val="00E333F3"/>
    <w:rsid w:val="00E82BB7"/>
    <w:rsid w:val="00EB110F"/>
    <w:rsid w:val="00F87F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0237A"/>
  <w14:defaultImageDpi w14:val="300"/>
  <w15:docId w15:val="{9A79FB24-44B3-408B-8EBA-6DD2E348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2323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32323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Uwagaprawna">
    <w:name w:val="Uwaga prawna"/>
    <w:pPr>
      <w:spacing w:before="40" w:after="80"/>
      <w:ind w:left="227"/>
    </w:pPr>
    <w:rPr>
      <w:rFonts w:ascii="Arial" w:eastAsia="Arial" w:hAnsi="Arial"/>
      <w:i/>
      <w:color w:val="C00000"/>
      <w:sz w:val="19"/>
    </w:rPr>
  </w:style>
  <w:style w:type="paragraph" w:customStyle="1" w:styleId="Listadokumentu">
    <w:name w:val="Lista dokumentu"/>
    <w:pPr>
      <w:spacing w:after="40"/>
      <w:ind w:left="369" w:hanging="255"/>
    </w:pPr>
    <w:rPr>
      <w:rFonts w:ascii="Arial" w:eastAsia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2770</Words>
  <Characters>16622</Characters>
  <Application>Microsoft Office Word</Application>
  <DocSecurity>0</DocSecurity>
  <Lines>138</Lines>
  <Paragraphs>38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o naborze – wersja z uwagami prawnymi</vt:lpstr>
      <vt:lpstr/>
    </vt:vector>
  </TitlesOfParts>
  <Manager/>
  <Company/>
  <LinksUpToDate>false</LinksUpToDate>
  <CharactersWithSpaces>19354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naborze – wersja z uwagami prawnymi</dc:title>
  <dc:subject>Weryfikacja prawna i propozycje zmian, w tym Fundusz Sołecki</dc:subject>
  <dc:creator>OpenAI</dc:creator>
  <cp:keywords/>
  <dc:description>Zmiany i propozycje oznaczono kolorem czerwonym.</dc:description>
  <cp:lastModifiedBy>Piotr Maj</cp:lastModifiedBy>
  <cp:revision>2</cp:revision>
  <cp:lastPrinted>2026-07-27T06:33:00Z</cp:lastPrinted>
  <dcterms:created xsi:type="dcterms:W3CDTF">2026-07-27T06:34:00Z</dcterms:created>
  <dcterms:modified xsi:type="dcterms:W3CDTF">2026-07-27T06:34:00Z</dcterms:modified>
  <cp:category/>
</cp:coreProperties>
</file>