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EA097" w14:textId="19087F94" w:rsidR="00114349" w:rsidRPr="00D84889" w:rsidRDefault="00000000">
      <w:pPr>
        <w:spacing w:after="40"/>
        <w:jc w:val="right"/>
        <w:rPr>
          <w:rFonts w:ascii="Arial" w:hAnsi="Arial" w:cs="Arial"/>
          <w:lang w:val="pl-PL"/>
        </w:rPr>
      </w:pPr>
      <w:r w:rsidRPr="00D84889">
        <w:rPr>
          <w:rFonts w:ascii="Arial" w:hAnsi="Arial" w:cs="Arial"/>
          <w:sz w:val="20"/>
          <w:lang w:val="pl-PL"/>
        </w:rPr>
        <w:t xml:space="preserve">Pawłów, dnia </w:t>
      </w:r>
      <w:r w:rsidR="00D84889">
        <w:rPr>
          <w:rFonts w:ascii="Arial" w:hAnsi="Arial" w:cs="Arial"/>
          <w:sz w:val="20"/>
          <w:lang w:val="pl-PL"/>
        </w:rPr>
        <w:t>30.07.</w:t>
      </w:r>
      <w:r w:rsidRPr="00D84889">
        <w:rPr>
          <w:rFonts w:ascii="Arial" w:hAnsi="Arial" w:cs="Arial"/>
          <w:sz w:val="20"/>
          <w:lang w:val="pl-PL"/>
        </w:rPr>
        <w:t>2026 r.</w:t>
      </w:r>
    </w:p>
    <w:p w14:paraId="7363A94D" w14:textId="145C094E" w:rsidR="00114349" w:rsidRPr="00D84889" w:rsidRDefault="00000000">
      <w:pPr>
        <w:spacing w:after="280"/>
        <w:jc w:val="right"/>
        <w:rPr>
          <w:rFonts w:ascii="Arial" w:hAnsi="Arial" w:cs="Arial"/>
          <w:lang w:val="pl-PL"/>
        </w:rPr>
      </w:pPr>
      <w:r w:rsidRPr="00D84889">
        <w:rPr>
          <w:rFonts w:ascii="Arial" w:hAnsi="Arial" w:cs="Arial"/>
          <w:sz w:val="20"/>
          <w:lang w:val="pl-PL"/>
        </w:rPr>
        <w:t xml:space="preserve">Znak sprawy: </w:t>
      </w:r>
      <w:r w:rsidR="00D84889">
        <w:rPr>
          <w:rFonts w:ascii="Arial" w:hAnsi="Arial" w:cs="Arial"/>
          <w:sz w:val="20"/>
          <w:lang w:val="pl-PL"/>
        </w:rPr>
        <w:t>Or.271.3.2026</w:t>
      </w:r>
    </w:p>
    <w:p w14:paraId="5162F744" w14:textId="77777777" w:rsidR="00114349" w:rsidRPr="00D84889" w:rsidRDefault="00000000">
      <w:pPr>
        <w:pStyle w:val="Tytu"/>
        <w:jc w:val="center"/>
        <w:rPr>
          <w:rFonts w:ascii="Arial" w:hAnsi="Arial" w:cs="Arial"/>
          <w:lang w:val="pl-PL"/>
        </w:rPr>
      </w:pPr>
      <w:r w:rsidRPr="00D84889">
        <w:rPr>
          <w:rFonts w:ascii="Arial" w:hAnsi="Arial" w:cs="Arial"/>
          <w:lang w:val="pl-PL"/>
        </w:rPr>
        <w:t>ZAŁĄCZNIK NR 2</w:t>
      </w:r>
    </w:p>
    <w:p w14:paraId="5CB4D520" w14:textId="024B79FB" w:rsidR="00114349" w:rsidRPr="00D84889" w:rsidRDefault="00000000">
      <w:pPr>
        <w:spacing w:after="280"/>
        <w:jc w:val="center"/>
        <w:rPr>
          <w:rFonts w:ascii="Arial" w:hAnsi="Arial" w:cs="Arial"/>
          <w:lang w:val="pl-PL"/>
        </w:rPr>
      </w:pPr>
      <w:r w:rsidRPr="00D84889">
        <w:rPr>
          <w:rFonts w:ascii="Arial" w:hAnsi="Arial" w:cs="Arial"/>
          <w:b/>
          <w:color w:val="222222"/>
          <w:sz w:val="22"/>
          <w:lang w:val="pl-PL"/>
        </w:rPr>
        <w:t xml:space="preserve">Formularz ofertowy – </w:t>
      </w:r>
      <w:r w:rsidR="00D84889">
        <w:rPr>
          <w:rFonts w:ascii="Arial" w:hAnsi="Arial" w:cs="Arial"/>
          <w:b/>
          <w:color w:val="222222"/>
          <w:sz w:val="22"/>
          <w:lang w:val="pl-PL"/>
        </w:rPr>
        <w:br/>
      </w:r>
      <w:r w:rsidR="00D84889" w:rsidRPr="002F25C7">
        <w:rPr>
          <w:rFonts w:ascii="Arial" w:hAnsi="Arial" w:cs="Arial"/>
          <w:b/>
          <w:color w:val="222222"/>
          <w:sz w:val="22"/>
          <w:lang w:val="pl-PL"/>
        </w:rPr>
        <w:t xml:space="preserve">Dostawa tabletów, etui z klawiaturami oraz stacji ładujących </w:t>
      </w:r>
      <w:r w:rsidR="00D84889">
        <w:rPr>
          <w:rFonts w:ascii="Arial" w:hAnsi="Arial" w:cs="Arial"/>
          <w:b/>
          <w:color w:val="222222"/>
          <w:sz w:val="22"/>
          <w:lang w:val="pl-PL"/>
        </w:rPr>
        <w:br/>
      </w:r>
      <w:r w:rsidR="00D84889" w:rsidRPr="002F25C7">
        <w:rPr>
          <w:rFonts w:ascii="Arial" w:hAnsi="Arial" w:cs="Arial"/>
          <w:b/>
          <w:color w:val="222222"/>
          <w:sz w:val="22"/>
          <w:lang w:val="pl-PL"/>
        </w:rPr>
        <w:t>na potrzeby obsługi sesji Rady Gminy w Pawłowie</w:t>
      </w:r>
    </w:p>
    <w:p w14:paraId="20611C45" w14:textId="77777777" w:rsidR="00114349" w:rsidRPr="00D84889" w:rsidRDefault="00000000">
      <w:pPr>
        <w:pStyle w:val="Nagwek1"/>
        <w:rPr>
          <w:rFonts w:ascii="Arial" w:hAnsi="Arial" w:cs="Arial"/>
        </w:rPr>
      </w:pPr>
      <w:r w:rsidRPr="00D84889">
        <w:rPr>
          <w:rFonts w:ascii="Arial" w:hAnsi="Arial" w:cs="Arial"/>
        </w:rPr>
        <w:t>1.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803"/>
      </w:tblGrid>
      <w:tr w:rsidR="00114349" w:rsidRPr="00D84889" w14:paraId="6CF37EED" w14:textId="77777777">
        <w:trPr>
          <w:jc w:val="center"/>
        </w:trPr>
        <w:tc>
          <w:tcPr>
            <w:tcW w:w="2551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864F45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222222"/>
                <w:sz w:val="19"/>
              </w:rPr>
              <w:t>Nazwa Wykonawcy</w:t>
            </w:r>
          </w:p>
        </w:tc>
        <w:tc>
          <w:tcPr>
            <w:tcW w:w="680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9BD97D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9"/>
              </w:rPr>
              <w:t>........................................................................................................................</w:t>
            </w:r>
          </w:p>
        </w:tc>
      </w:tr>
      <w:tr w:rsidR="00114349" w:rsidRPr="00D84889" w14:paraId="42FC868E" w14:textId="77777777">
        <w:trPr>
          <w:jc w:val="center"/>
        </w:trPr>
        <w:tc>
          <w:tcPr>
            <w:tcW w:w="2551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59473A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222222"/>
                <w:sz w:val="19"/>
              </w:rPr>
              <w:t>Adres siedziby</w:t>
            </w:r>
          </w:p>
        </w:tc>
        <w:tc>
          <w:tcPr>
            <w:tcW w:w="680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0E631A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9"/>
              </w:rPr>
              <w:t>........................................................................................................................</w:t>
            </w:r>
          </w:p>
        </w:tc>
      </w:tr>
      <w:tr w:rsidR="00114349" w:rsidRPr="00D84889" w14:paraId="0AD86A7B" w14:textId="77777777">
        <w:trPr>
          <w:jc w:val="center"/>
        </w:trPr>
        <w:tc>
          <w:tcPr>
            <w:tcW w:w="2551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C2D292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222222"/>
                <w:sz w:val="19"/>
              </w:rPr>
              <w:t>NIP / REGON</w:t>
            </w:r>
          </w:p>
        </w:tc>
        <w:tc>
          <w:tcPr>
            <w:tcW w:w="680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15227A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9"/>
              </w:rPr>
              <w:t>........................................................................................................................</w:t>
            </w:r>
          </w:p>
        </w:tc>
      </w:tr>
      <w:tr w:rsidR="00114349" w:rsidRPr="00D84889" w14:paraId="64D8C08C" w14:textId="77777777">
        <w:trPr>
          <w:jc w:val="center"/>
        </w:trPr>
        <w:tc>
          <w:tcPr>
            <w:tcW w:w="2551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79A117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222222"/>
                <w:sz w:val="19"/>
              </w:rPr>
              <w:t>Osoba do kontaktu</w:t>
            </w:r>
          </w:p>
        </w:tc>
        <w:tc>
          <w:tcPr>
            <w:tcW w:w="680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25AFDE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9"/>
              </w:rPr>
              <w:t>........................................................................................................................</w:t>
            </w:r>
          </w:p>
        </w:tc>
      </w:tr>
      <w:tr w:rsidR="00114349" w:rsidRPr="00D84889" w14:paraId="560453CC" w14:textId="77777777">
        <w:trPr>
          <w:jc w:val="center"/>
        </w:trPr>
        <w:tc>
          <w:tcPr>
            <w:tcW w:w="2551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5FA016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222222"/>
                <w:sz w:val="19"/>
              </w:rPr>
              <w:t>Telefon / e-mail</w:t>
            </w:r>
          </w:p>
        </w:tc>
        <w:tc>
          <w:tcPr>
            <w:tcW w:w="680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8D550A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9"/>
              </w:rPr>
              <w:t>........................................................................................................................</w:t>
            </w:r>
          </w:p>
        </w:tc>
      </w:tr>
    </w:tbl>
    <w:p w14:paraId="7F0F99FD" w14:textId="77777777" w:rsidR="00114349" w:rsidRPr="00D84889" w:rsidRDefault="00000000">
      <w:pPr>
        <w:pStyle w:val="Nagwek1"/>
        <w:rPr>
          <w:rFonts w:ascii="Arial" w:hAnsi="Arial" w:cs="Arial"/>
        </w:rPr>
      </w:pPr>
      <w:r w:rsidRPr="00D84889">
        <w:rPr>
          <w:rFonts w:ascii="Arial" w:hAnsi="Arial" w:cs="Arial"/>
        </w:rPr>
        <w:t>2. Oferowany przedmiot zamówienia i cena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5"/>
        <w:gridCol w:w="1928"/>
        <w:gridCol w:w="2268"/>
        <w:gridCol w:w="794"/>
        <w:gridCol w:w="1134"/>
        <w:gridCol w:w="680"/>
        <w:gridCol w:w="1304"/>
      </w:tblGrid>
      <w:tr w:rsidR="00114349" w:rsidRPr="00D84889" w14:paraId="7DAC46FB" w14:textId="77777777">
        <w:trPr>
          <w:cantSplit/>
          <w:tblHeader/>
          <w:jc w:val="center"/>
        </w:trPr>
        <w:tc>
          <w:tcPr>
            <w:tcW w:w="454" w:type="dxa"/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9379CC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FFFFFF"/>
                <w:sz w:val="17"/>
              </w:rPr>
              <w:t>Lp.</w:t>
            </w:r>
          </w:p>
        </w:tc>
        <w:tc>
          <w:tcPr>
            <w:tcW w:w="1928" w:type="dxa"/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B43663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FFFFFF"/>
                <w:sz w:val="17"/>
              </w:rPr>
              <w:t>Nazwa</w:t>
            </w:r>
          </w:p>
        </w:tc>
        <w:tc>
          <w:tcPr>
            <w:tcW w:w="2268" w:type="dxa"/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976568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FFFFFF"/>
                <w:sz w:val="17"/>
              </w:rPr>
              <w:t>Producent i model</w:t>
            </w:r>
          </w:p>
        </w:tc>
        <w:tc>
          <w:tcPr>
            <w:tcW w:w="794" w:type="dxa"/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1A20EC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FFFFFF"/>
                <w:sz w:val="17"/>
              </w:rPr>
              <w:t>Liczba</w:t>
            </w:r>
          </w:p>
        </w:tc>
        <w:tc>
          <w:tcPr>
            <w:tcW w:w="1134" w:type="dxa"/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6DC4EB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FFFFFF"/>
                <w:sz w:val="17"/>
              </w:rPr>
              <w:t>Cena jedn. netto</w:t>
            </w:r>
          </w:p>
        </w:tc>
        <w:tc>
          <w:tcPr>
            <w:tcW w:w="680" w:type="dxa"/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283447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FFFFFF"/>
                <w:sz w:val="17"/>
              </w:rPr>
              <w:t>VAT</w:t>
            </w:r>
          </w:p>
        </w:tc>
        <w:tc>
          <w:tcPr>
            <w:tcW w:w="1304" w:type="dxa"/>
            <w:shd w:val="clear" w:color="auto" w:fill="1F4E7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6A5785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FFFFFF"/>
                <w:sz w:val="17"/>
              </w:rPr>
              <w:t>Wartość brutto</w:t>
            </w:r>
          </w:p>
        </w:tc>
      </w:tr>
      <w:tr w:rsidR="00114349" w:rsidRPr="00D84889" w14:paraId="69BEDCE7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2BF7D4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>1</w:t>
            </w:r>
          </w:p>
        </w:tc>
        <w:tc>
          <w:tcPr>
            <w:tcW w:w="19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CF688B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>Tablet</w:t>
            </w:r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EA5EE2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 xml:space="preserve"> </w:t>
            </w:r>
          </w:p>
        </w:tc>
        <w:tc>
          <w:tcPr>
            <w:tcW w:w="79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46DB64" w14:textId="78DE9619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>1</w:t>
            </w:r>
            <w:r w:rsidR="002E6E07">
              <w:rPr>
                <w:rFonts w:ascii="Arial" w:hAnsi="Arial" w:cs="Arial"/>
                <w:color w:val="222222"/>
                <w:sz w:val="17"/>
              </w:rPr>
              <w:t>6</w:t>
            </w:r>
            <w:r w:rsidRPr="00D84889">
              <w:rPr>
                <w:rFonts w:ascii="Arial" w:hAnsi="Arial" w:cs="Arial"/>
                <w:color w:val="222222"/>
                <w:sz w:val="17"/>
              </w:rPr>
              <w:t xml:space="preserve"> szt.</w:t>
            </w:r>
          </w:p>
        </w:tc>
        <w:tc>
          <w:tcPr>
            <w:tcW w:w="113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5B7CA0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 xml:space="preserve"> </w:t>
            </w:r>
          </w:p>
        </w:tc>
        <w:tc>
          <w:tcPr>
            <w:tcW w:w="6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C8ABD1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 xml:space="preserve"> </w:t>
            </w:r>
          </w:p>
        </w:tc>
        <w:tc>
          <w:tcPr>
            <w:tcW w:w="13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74326A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 xml:space="preserve"> </w:t>
            </w:r>
          </w:p>
        </w:tc>
      </w:tr>
      <w:tr w:rsidR="00114349" w:rsidRPr="00D84889" w14:paraId="62F8F012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2D864C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>2</w:t>
            </w:r>
          </w:p>
        </w:tc>
        <w:tc>
          <w:tcPr>
            <w:tcW w:w="19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85FF88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>Etui z klawiaturą Bluetooth</w:t>
            </w:r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A8C9C9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 xml:space="preserve"> </w:t>
            </w:r>
          </w:p>
        </w:tc>
        <w:tc>
          <w:tcPr>
            <w:tcW w:w="79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522BDD" w14:textId="1245487B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>1</w:t>
            </w:r>
            <w:r w:rsidR="002E6E07">
              <w:rPr>
                <w:rFonts w:ascii="Arial" w:hAnsi="Arial" w:cs="Arial"/>
                <w:color w:val="222222"/>
                <w:sz w:val="17"/>
              </w:rPr>
              <w:t>6</w:t>
            </w:r>
            <w:r w:rsidRPr="00D84889">
              <w:rPr>
                <w:rFonts w:ascii="Arial" w:hAnsi="Arial" w:cs="Arial"/>
                <w:color w:val="222222"/>
                <w:sz w:val="17"/>
              </w:rPr>
              <w:t xml:space="preserve"> szt.</w:t>
            </w:r>
          </w:p>
        </w:tc>
        <w:tc>
          <w:tcPr>
            <w:tcW w:w="113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69A342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 xml:space="preserve"> </w:t>
            </w:r>
          </w:p>
        </w:tc>
        <w:tc>
          <w:tcPr>
            <w:tcW w:w="6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A92359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 xml:space="preserve"> </w:t>
            </w:r>
          </w:p>
        </w:tc>
        <w:tc>
          <w:tcPr>
            <w:tcW w:w="13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BDD749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 xml:space="preserve"> </w:t>
            </w:r>
          </w:p>
        </w:tc>
      </w:tr>
      <w:tr w:rsidR="00114349" w:rsidRPr="00D84889" w14:paraId="1DDE2687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1ED99B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>3</w:t>
            </w:r>
          </w:p>
        </w:tc>
        <w:tc>
          <w:tcPr>
            <w:tcW w:w="19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8EB479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>Wieloportowa stacja ładująca</w:t>
            </w:r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AE6365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 xml:space="preserve"> </w:t>
            </w:r>
          </w:p>
        </w:tc>
        <w:tc>
          <w:tcPr>
            <w:tcW w:w="79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27F794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>2 szt.</w:t>
            </w:r>
          </w:p>
        </w:tc>
        <w:tc>
          <w:tcPr>
            <w:tcW w:w="113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51B317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 xml:space="preserve"> </w:t>
            </w:r>
          </w:p>
        </w:tc>
        <w:tc>
          <w:tcPr>
            <w:tcW w:w="6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5080C1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 xml:space="preserve"> </w:t>
            </w:r>
          </w:p>
        </w:tc>
        <w:tc>
          <w:tcPr>
            <w:tcW w:w="13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682849" w14:textId="77777777" w:rsidR="00114349" w:rsidRPr="00D84889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7"/>
              </w:rPr>
              <w:t xml:space="preserve"> </w:t>
            </w:r>
          </w:p>
        </w:tc>
      </w:tr>
    </w:tbl>
    <w:p w14:paraId="6E78D0BF" w14:textId="77777777" w:rsidR="00114349" w:rsidRPr="00D84889" w:rsidRDefault="00000000">
      <w:pPr>
        <w:spacing w:before="160"/>
        <w:rPr>
          <w:rFonts w:ascii="Arial" w:hAnsi="Arial" w:cs="Arial"/>
          <w:lang w:val="pl-PL"/>
        </w:rPr>
      </w:pPr>
      <w:r w:rsidRPr="00D84889">
        <w:rPr>
          <w:rFonts w:ascii="Arial" w:hAnsi="Arial" w:cs="Arial"/>
          <w:b/>
          <w:lang w:val="pl-PL"/>
        </w:rPr>
        <w:t xml:space="preserve">Łączna wartość netto: </w:t>
      </w:r>
      <w:r w:rsidRPr="00D84889">
        <w:rPr>
          <w:rFonts w:ascii="Arial" w:hAnsi="Arial" w:cs="Arial"/>
          <w:lang w:val="pl-PL"/>
        </w:rPr>
        <w:t>........................................ zł</w:t>
      </w:r>
      <w:r w:rsidRPr="00D84889">
        <w:rPr>
          <w:rFonts w:ascii="Arial" w:hAnsi="Arial" w:cs="Arial"/>
          <w:b/>
          <w:lang w:val="pl-PL"/>
        </w:rPr>
        <w:br/>
        <w:t xml:space="preserve">Podatek VAT: </w:t>
      </w:r>
      <w:r w:rsidRPr="00D84889">
        <w:rPr>
          <w:rFonts w:ascii="Arial" w:hAnsi="Arial" w:cs="Arial"/>
          <w:lang w:val="pl-PL"/>
        </w:rPr>
        <w:t>........................................ zł</w:t>
      </w:r>
      <w:r w:rsidRPr="00D84889">
        <w:rPr>
          <w:rFonts w:ascii="Arial" w:hAnsi="Arial" w:cs="Arial"/>
          <w:b/>
          <w:lang w:val="pl-PL"/>
        </w:rPr>
        <w:br/>
        <w:t xml:space="preserve">Łączna cena brutto: </w:t>
      </w:r>
      <w:r w:rsidRPr="00D84889">
        <w:rPr>
          <w:rFonts w:ascii="Arial" w:hAnsi="Arial" w:cs="Arial"/>
          <w:lang w:val="pl-PL"/>
        </w:rPr>
        <w:t>........................................ zł</w:t>
      </w:r>
    </w:p>
    <w:p w14:paraId="2BED2912" w14:textId="77777777" w:rsidR="00114349" w:rsidRPr="00D84889" w:rsidRDefault="00000000">
      <w:pPr>
        <w:pStyle w:val="Nagwek1"/>
        <w:rPr>
          <w:rFonts w:ascii="Arial" w:hAnsi="Arial" w:cs="Arial"/>
        </w:rPr>
      </w:pPr>
      <w:r w:rsidRPr="00D84889">
        <w:rPr>
          <w:rFonts w:ascii="Arial" w:hAnsi="Arial" w:cs="Arial"/>
        </w:rPr>
        <w:t>3. Parametry i warunki oferty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819"/>
      </w:tblGrid>
      <w:tr w:rsidR="00114349" w:rsidRPr="00D84889" w14:paraId="2D82DFE9" w14:textId="77777777">
        <w:trPr>
          <w:jc w:val="center"/>
        </w:trPr>
        <w:tc>
          <w:tcPr>
            <w:tcW w:w="453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4D70C7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222222"/>
                <w:sz w:val="18"/>
              </w:rPr>
              <w:t>Termin realizacji</w:t>
            </w:r>
          </w:p>
        </w:tc>
        <w:tc>
          <w:tcPr>
            <w:tcW w:w="4819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9EC68F1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8"/>
              </w:rPr>
              <w:t>................ dni kalendarzowych</w:t>
            </w:r>
          </w:p>
        </w:tc>
      </w:tr>
      <w:tr w:rsidR="00114349" w:rsidRPr="00D84889" w14:paraId="660D108D" w14:textId="77777777">
        <w:trPr>
          <w:jc w:val="center"/>
        </w:trPr>
        <w:tc>
          <w:tcPr>
            <w:tcW w:w="45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D4B8E0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222222"/>
                <w:sz w:val="18"/>
              </w:rPr>
              <w:t>Gwarancja na tablety</w:t>
            </w:r>
          </w:p>
        </w:tc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C52AF0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8"/>
              </w:rPr>
              <w:t>................ miesięcy</w:t>
            </w:r>
          </w:p>
        </w:tc>
      </w:tr>
      <w:tr w:rsidR="00114349" w:rsidRPr="00D84889" w14:paraId="213ABC0C" w14:textId="77777777">
        <w:trPr>
          <w:jc w:val="center"/>
        </w:trPr>
        <w:tc>
          <w:tcPr>
            <w:tcW w:w="453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40E97C" w14:textId="77777777" w:rsidR="00114349" w:rsidRPr="00D84889" w:rsidRDefault="00000000">
            <w:pPr>
              <w:spacing w:after="0"/>
              <w:rPr>
                <w:rFonts w:ascii="Arial" w:hAnsi="Arial" w:cs="Arial"/>
                <w:lang w:val="pl-PL"/>
              </w:rPr>
            </w:pPr>
            <w:r w:rsidRPr="00D84889">
              <w:rPr>
                <w:rFonts w:ascii="Arial" w:hAnsi="Arial" w:cs="Arial"/>
                <w:b/>
                <w:color w:val="222222"/>
                <w:sz w:val="18"/>
                <w:lang w:val="pl-PL"/>
              </w:rPr>
              <w:t>Gwarancja na etui i klawiatury</w:t>
            </w:r>
          </w:p>
        </w:tc>
        <w:tc>
          <w:tcPr>
            <w:tcW w:w="4819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4A01FB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8"/>
              </w:rPr>
              <w:t>................ miesięcy</w:t>
            </w:r>
          </w:p>
        </w:tc>
      </w:tr>
      <w:tr w:rsidR="00114349" w:rsidRPr="00D84889" w14:paraId="5B85CED5" w14:textId="77777777">
        <w:trPr>
          <w:jc w:val="center"/>
        </w:trPr>
        <w:tc>
          <w:tcPr>
            <w:tcW w:w="45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4CE53C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222222"/>
                <w:sz w:val="18"/>
              </w:rPr>
              <w:t>Gwarancja na stacje ładujące</w:t>
            </w:r>
          </w:p>
        </w:tc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031692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8"/>
              </w:rPr>
              <w:t>................ miesięcy</w:t>
            </w:r>
          </w:p>
        </w:tc>
      </w:tr>
      <w:tr w:rsidR="00114349" w:rsidRPr="00B44123" w14:paraId="4C046B68" w14:textId="77777777">
        <w:trPr>
          <w:jc w:val="center"/>
        </w:trPr>
        <w:tc>
          <w:tcPr>
            <w:tcW w:w="453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5C9B85" w14:textId="77777777" w:rsidR="00114349" w:rsidRPr="00D84889" w:rsidRDefault="00000000">
            <w:pPr>
              <w:spacing w:after="0"/>
              <w:rPr>
                <w:rFonts w:ascii="Arial" w:hAnsi="Arial" w:cs="Arial"/>
                <w:lang w:val="pl-PL"/>
              </w:rPr>
            </w:pPr>
            <w:r w:rsidRPr="00D84889">
              <w:rPr>
                <w:rFonts w:ascii="Arial" w:hAnsi="Arial" w:cs="Arial"/>
                <w:b/>
                <w:color w:val="222222"/>
                <w:sz w:val="18"/>
                <w:lang w:val="pl-PL"/>
              </w:rPr>
              <w:t>Okres wsparcia aktualizacjami zabezpieczeń tabletu</w:t>
            </w:r>
          </w:p>
        </w:tc>
        <w:tc>
          <w:tcPr>
            <w:tcW w:w="4819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C7047F" w14:textId="77777777" w:rsidR="00114349" w:rsidRPr="00D84889" w:rsidRDefault="00000000">
            <w:pPr>
              <w:spacing w:after="0"/>
              <w:rPr>
                <w:rFonts w:ascii="Arial" w:hAnsi="Arial" w:cs="Arial"/>
                <w:lang w:val="pl-PL"/>
              </w:rPr>
            </w:pPr>
            <w:r w:rsidRPr="00D84889">
              <w:rPr>
                <w:rFonts w:ascii="Arial" w:hAnsi="Arial" w:cs="Arial"/>
                <w:color w:val="222222"/>
                <w:sz w:val="18"/>
                <w:lang w:val="pl-PL"/>
              </w:rPr>
              <w:t>do dnia ........................ / przez ................ lat od dostawy</w:t>
            </w:r>
          </w:p>
        </w:tc>
      </w:tr>
      <w:tr w:rsidR="00114349" w:rsidRPr="00D84889" w14:paraId="68043D5D" w14:textId="77777777">
        <w:trPr>
          <w:jc w:val="center"/>
        </w:trPr>
        <w:tc>
          <w:tcPr>
            <w:tcW w:w="45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994494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222222"/>
                <w:sz w:val="18"/>
              </w:rPr>
              <w:t>Częstotliwość aktualizacji zabezpieczeń</w:t>
            </w:r>
          </w:p>
        </w:tc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E8CCC3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8"/>
              </w:rPr>
              <w:t>................................................................................</w:t>
            </w:r>
          </w:p>
        </w:tc>
      </w:tr>
      <w:tr w:rsidR="00114349" w:rsidRPr="00D84889" w14:paraId="38D7E6A2" w14:textId="77777777">
        <w:trPr>
          <w:jc w:val="center"/>
        </w:trPr>
        <w:tc>
          <w:tcPr>
            <w:tcW w:w="453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B3019D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b/>
                <w:color w:val="222222"/>
                <w:sz w:val="18"/>
              </w:rPr>
              <w:t>Termin związania ofertą</w:t>
            </w:r>
          </w:p>
        </w:tc>
        <w:tc>
          <w:tcPr>
            <w:tcW w:w="4819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519BEF" w14:textId="77777777" w:rsidR="00114349" w:rsidRPr="00D84889" w:rsidRDefault="00000000">
            <w:pPr>
              <w:spacing w:after="0"/>
              <w:rPr>
                <w:rFonts w:ascii="Arial" w:hAnsi="Arial" w:cs="Arial"/>
              </w:rPr>
            </w:pPr>
            <w:r w:rsidRPr="00D84889">
              <w:rPr>
                <w:rFonts w:ascii="Arial" w:hAnsi="Arial" w:cs="Arial"/>
                <w:color w:val="222222"/>
                <w:sz w:val="18"/>
              </w:rPr>
              <w:t>30 dni</w:t>
            </w:r>
          </w:p>
        </w:tc>
      </w:tr>
    </w:tbl>
    <w:p w14:paraId="4DB7A147" w14:textId="77777777" w:rsidR="00114349" w:rsidRPr="00D84889" w:rsidRDefault="00000000">
      <w:pPr>
        <w:pStyle w:val="Nagwek1"/>
        <w:rPr>
          <w:rFonts w:ascii="Arial" w:hAnsi="Arial" w:cs="Arial"/>
        </w:rPr>
      </w:pPr>
      <w:r w:rsidRPr="00D84889">
        <w:rPr>
          <w:rFonts w:ascii="Arial" w:hAnsi="Arial" w:cs="Arial"/>
        </w:rPr>
        <w:lastRenderedPageBreak/>
        <w:t>4. Oświadczenia Wykonawcy</w:t>
      </w:r>
    </w:p>
    <w:p w14:paraId="18B30520" w14:textId="77777777" w:rsidR="00114349" w:rsidRPr="00D84889" w:rsidRDefault="00000000">
      <w:pPr>
        <w:ind w:left="57"/>
        <w:rPr>
          <w:rFonts w:ascii="Arial" w:hAnsi="Arial" w:cs="Arial"/>
          <w:lang w:val="pl-PL"/>
        </w:rPr>
      </w:pPr>
      <w:r w:rsidRPr="00D84889">
        <w:rPr>
          <w:rFonts w:ascii="Segoe UI Symbol" w:hAnsi="Segoe UI Symbol" w:cs="Segoe UI Symbol"/>
          <w:lang w:val="pl-PL"/>
        </w:rPr>
        <w:t>☐</w:t>
      </w:r>
      <w:r w:rsidRPr="00D84889">
        <w:rPr>
          <w:rFonts w:ascii="Arial" w:hAnsi="Arial" w:cs="Arial"/>
          <w:lang w:val="pl-PL"/>
        </w:rPr>
        <w:t xml:space="preserve"> Oświadczamy, że zapoznaliśmy się z zapytaniem ofertowym i opisem przedmiotu zamówienia oraz nie wnosimy do nich zastrzeżeń.</w:t>
      </w:r>
    </w:p>
    <w:p w14:paraId="26D8586B" w14:textId="77777777" w:rsidR="00114349" w:rsidRPr="00D84889" w:rsidRDefault="00000000">
      <w:pPr>
        <w:ind w:left="57"/>
        <w:rPr>
          <w:rFonts w:ascii="Arial" w:hAnsi="Arial" w:cs="Arial"/>
          <w:lang w:val="pl-PL"/>
        </w:rPr>
      </w:pPr>
      <w:r w:rsidRPr="00D84889">
        <w:rPr>
          <w:rFonts w:ascii="Segoe UI Symbol" w:hAnsi="Segoe UI Symbol" w:cs="Segoe UI Symbol"/>
          <w:lang w:val="pl-PL"/>
        </w:rPr>
        <w:t>☐</w:t>
      </w:r>
      <w:r w:rsidRPr="00D84889">
        <w:rPr>
          <w:rFonts w:ascii="Arial" w:hAnsi="Arial" w:cs="Arial"/>
          <w:lang w:val="pl-PL"/>
        </w:rPr>
        <w:t xml:space="preserve"> Oświadczamy, że oferowane produkty spełniają wszystkie minimalne wymagania Zamawiającego, a zaoferowany zestaw jest kompletny i wzajemnie kompatybilny.</w:t>
      </w:r>
    </w:p>
    <w:p w14:paraId="54C4D8C3" w14:textId="77777777" w:rsidR="00114349" w:rsidRPr="00D84889" w:rsidRDefault="00000000">
      <w:pPr>
        <w:ind w:left="57"/>
        <w:rPr>
          <w:rFonts w:ascii="Arial" w:hAnsi="Arial" w:cs="Arial"/>
          <w:lang w:val="pl-PL"/>
        </w:rPr>
      </w:pPr>
      <w:r w:rsidRPr="00D84889">
        <w:rPr>
          <w:rFonts w:ascii="Segoe UI Symbol" w:hAnsi="Segoe UI Symbol" w:cs="Segoe UI Symbol"/>
          <w:lang w:val="pl-PL"/>
        </w:rPr>
        <w:t>☐</w:t>
      </w:r>
      <w:r w:rsidRPr="00D84889">
        <w:rPr>
          <w:rFonts w:ascii="Arial" w:hAnsi="Arial" w:cs="Arial"/>
          <w:lang w:val="pl-PL"/>
        </w:rPr>
        <w:t xml:space="preserve"> Oświadczamy, że wszystkie oferowane urządzenia i akcesoria są fabrycznie nowe, nieużywane, wolne od wad fizycznych i prawnych oraz pochodzą z legalnego kanału dystrybucji.</w:t>
      </w:r>
    </w:p>
    <w:p w14:paraId="1EBC8D27" w14:textId="77777777" w:rsidR="00114349" w:rsidRPr="00D84889" w:rsidRDefault="00000000">
      <w:pPr>
        <w:ind w:left="57"/>
        <w:rPr>
          <w:rFonts w:ascii="Arial" w:hAnsi="Arial" w:cs="Arial"/>
          <w:lang w:val="pl-PL"/>
        </w:rPr>
      </w:pPr>
      <w:r w:rsidRPr="00D84889">
        <w:rPr>
          <w:rFonts w:ascii="Segoe UI Symbol" w:hAnsi="Segoe UI Symbol" w:cs="Segoe UI Symbol"/>
          <w:lang w:val="pl-PL"/>
        </w:rPr>
        <w:t>☐</w:t>
      </w:r>
      <w:r w:rsidRPr="00D84889">
        <w:rPr>
          <w:rFonts w:ascii="Arial" w:hAnsi="Arial" w:cs="Arial"/>
          <w:lang w:val="pl-PL"/>
        </w:rPr>
        <w:t xml:space="preserve"> Oświadczamy, że producent oferowanego tabletu zapewnia wymagane wsparcie aktualizacjami zabezpieczeń, a dokument potwierdzający zakres i okres wsparcia został dołączony do oferty.</w:t>
      </w:r>
    </w:p>
    <w:p w14:paraId="427FE29D" w14:textId="77777777" w:rsidR="00114349" w:rsidRPr="00D84889" w:rsidRDefault="00000000">
      <w:pPr>
        <w:ind w:left="57"/>
        <w:rPr>
          <w:rFonts w:ascii="Arial" w:hAnsi="Arial" w:cs="Arial"/>
          <w:lang w:val="pl-PL"/>
        </w:rPr>
      </w:pPr>
      <w:r w:rsidRPr="00D84889">
        <w:rPr>
          <w:rFonts w:ascii="Segoe UI Symbol" w:hAnsi="Segoe UI Symbol" w:cs="Segoe UI Symbol"/>
          <w:lang w:val="pl-PL"/>
        </w:rPr>
        <w:t>☐</w:t>
      </w:r>
      <w:r w:rsidRPr="00D84889">
        <w:rPr>
          <w:rFonts w:ascii="Arial" w:hAnsi="Arial" w:cs="Arial"/>
          <w:lang w:val="pl-PL"/>
        </w:rPr>
        <w:t xml:space="preserve"> Oświadczamy, że cena obejmuje wszystkie koszty prawidłowej realizacji zamówienia, w tym dostawę, transport, wniesienie i obsługę gwarancyjną.</w:t>
      </w:r>
    </w:p>
    <w:p w14:paraId="3F258BE2" w14:textId="77777777" w:rsidR="00114349" w:rsidRDefault="00000000">
      <w:pPr>
        <w:ind w:left="57"/>
        <w:rPr>
          <w:rFonts w:ascii="Arial" w:hAnsi="Arial" w:cs="Arial"/>
          <w:lang w:val="pl-PL"/>
        </w:rPr>
      </w:pPr>
      <w:r w:rsidRPr="00D84889">
        <w:rPr>
          <w:rFonts w:ascii="Segoe UI Symbol" w:hAnsi="Segoe UI Symbol" w:cs="Segoe UI Symbol"/>
          <w:lang w:val="pl-PL"/>
        </w:rPr>
        <w:t>☐</w:t>
      </w:r>
      <w:r w:rsidRPr="00D84889">
        <w:rPr>
          <w:rFonts w:ascii="Arial" w:hAnsi="Arial" w:cs="Arial"/>
          <w:lang w:val="pl-PL"/>
        </w:rPr>
        <w:t xml:space="preserve"> Akceptujemy termin płatności wynoszący 14 dni od otrzymania prawidłowo wystawionej faktury i podpisania protokołu odbioru bez zastrzeżeń.</w:t>
      </w:r>
    </w:p>
    <w:p w14:paraId="670B74CF" w14:textId="77777777" w:rsidR="00B44123" w:rsidRPr="00B44123" w:rsidRDefault="00B44123" w:rsidP="00B44123">
      <w:pPr>
        <w:ind w:left="57"/>
        <w:rPr>
          <w:rFonts w:ascii="Arial" w:hAnsi="Arial" w:cs="Arial"/>
          <w:lang w:val="pl-PL"/>
        </w:rPr>
      </w:pPr>
      <w:r w:rsidRPr="00B44123">
        <w:rPr>
          <w:rFonts w:ascii="Segoe UI Symbol" w:hAnsi="Segoe UI Symbol" w:cs="Segoe UI Symbol"/>
          <w:lang w:val="pl-PL"/>
        </w:rPr>
        <w:t>☐</w:t>
      </w:r>
      <w:r w:rsidRPr="00B44123">
        <w:rPr>
          <w:rFonts w:ascii="Arial" w:hAnsi="Arial" w:cs="Arial"/>
          <w:lang w:val="pl-PL"/>
        </w:rPr>
        <w:t xml:space="preserve"> Nie podlegamy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E7437B1" w14:textId="77777777" w:rsidR="00114349" w:rsidRPr="00D84889" w:rsidRDefault="00000000">
      <w:pPr>
        <w:ind w:left="57"/>
        <w:rPr>
          <w:rFonts w:ascii="Arial" w:hAnsi="Arial" w:cs="Arial"/>
          <w:lang w:val="pl-PL"/>
        </w:rPr>
      </w:pPr>
      <w:r w:rsidRPr="00D84889">
        <w:rPr>
          <w:rFonts w:ascii="Segoe UI Symbol" w:hAnsi="Segoe UI Symbol" w:cs="Segoe UI Symbol"/>
          <w:lang w:val="pl-PL"/>
        </w:rPr>
        <w:t>☐</w:t>
      </w:r>
      <w:r w:rsidRPr="00D84889">
        <w:rPr>
          <w:rFonts w:ascii="Arial" w:hAnsi="Arial" w:cs="Arial"/>
          <w:lang w:val="pl-PL"/>
        </w:rPr>
        <w:t xml:space="preserve"> Jesteśmy związani niniejszą ofertą przez 30 dni od upływu terminu składania ofert.</w:t>
      </w:r>
    </w:p>
    <w:p w14:paraId="6B894BED" w14:textId="77777777" w:rsidR="00114349" w:rsidRPr="00D84889" w:rsidRDefault="00000000">
      <w:pPr>
        <w:pStyle w:val="Nagwek1"/>
        <w:rPr>
          <w:rFonts w:ascii="Arial" w:hAnsi="Arial" w:cs="Arial"/>
          <w:lang w:val="pl-PL"/>
        </w:rPr>
      </w:pPr>
      <w:r w:rsidRPr="00D84889">
        <w:rPr>
          <w:rFonts w:ascii="Arial" w:hAnsi="Arial" w:cs="Arial"/>
          <w:lang w:val="pl-PL"/>
        </w:rPr>
        <w:t>5. Załączniki do oferty</w:t>
      </w:r>
    </w:p>
    <w:p w14:paraId="0D32C002" w14:textId="77777777" w:rsidR="00114349" w:rsidRPr="00D84889" w:rsidRDefault="00000000">
      <w:pPr>
        <w:ind w:left="340" w:hanging="255"/>
        <w:rPr>
          <w:rFonts w:ascii="Arial" w:hAnsi="Arial" w:cs="Arial"/>
          <w:lang w:val="pl-PL"/>
        </w:rPr>
      </w:pPr>
      <w:r w:rsidRPr="00D84889">
        <w:rPr>
          <w:rFonts w:ascii="Arial" w:hAnsi="Arial" w:cs="Arial"/>
          <w:lang w:val="pl-PL"/>
        </w:rPr>
        <w:t>1. specyfikacje techniczne lub karty katalogowe oferowanych produktów;</w:t>
      </w:r>
    </w:p>
    <w:p w14:paraId="6EFCB868" w14:textId="77777777" w:rsidR="00114349" w:rsidRPr="00D84889" w:rsidRDefault="00000000">
      <w:pPr>
        <w:ind w:left="340" w:hanging="255"/>
        <w:rPr>
          <w:rFonts w:ascii="Arial" w:hAnsi="Arial" w:cs="Arial"/>
          <w:lang w:val="pl-PL"/>
        </w:rPr>
      </w:pPr>
      <w:r w:rsidRPr="00D84889">
        <w:rPr>
          <w:rFonts w:ascii="Arial" w:hAnsi="Arial" w:cs="Arial"/>
          <w:lang w:val="pl-PL"/>
        </w:rPr>
        <w:t>2. potwierdzenie okresu i częstotliwości wsparcia aktualizacjami zabezpieczeń tabletu;</w:t>
      </w:r>
    </w:p>
    <w:p w14:paraId="703B6A02" w14:textId="77777777" w:rsidR="00114349" w:rsidRPr="00D84889" w:rsidRDefault="00000000">
      <w:pPr>
        <w:ind w:left="340" w:hanging="255"/>
        <w:rPr>
          <w:rFonts w:ascii="Arial" w:hAnsi="Arial" w:cs="Arial"/>
          <w:lang w:val="pl-PL"/>
        </w:rPr>
      </w:pPr>
      <w:r w:rsidRPr="00D84889">
        <w:rPr>
          <w:rFonts w:ascii="Arial" w:hAnsi="Arial" w:cs="Arial"/>
          <w:lang w:val="pl-PL"/>
        </w:rPr>
        <w:t>3. zestawienie parametrów równoważności – jeżeli dotyczy;</w:t>
      </w:r>
    </w:p>
    <w:p w14:paraId="325ED539" w14:textId="77777777" w:rsidR="00114349" w:rsidRPr="00D84889" w:rsidRDefault="00000000">
      <w:pPr>
        <w:ind w:left="340" w:hanging="255"/>
        <w:rPr>
          <w:rFonts w:ascii="Arial" w:hAnsi="Arial" w:cs="Arial"/>
          <w:lang w:val="pl-PL"/>
        </w:rPr>
      </w:pPr>
      <w:r w:rsidRPr="00D84889">
        <w:rPr>
          <w:rFonts w:ascii="Arial" w:hAnsi="Arial" w:cs="Arial"/>
          <w:lang w:val="pl-PL"/>
        </w:rPr>
        <w:t>4. pełnomocnictwo – jeżeli dotyczy.</w:t>
      </w:r>
    </w:p>
    <w:p w14:paraId="36C4AF31" w14:textId="77777777" w:rsidR="00D84889" w:rsidRDefault="00000000">
      <w:pPr>
        <w:rPr>
          <w:rFonts w:ascii="Arial" w:hAnsi="Arial" w:cs="Arial"/>
          <w:b/>
          <w:lang w:val="pl-PL"/>
        </w:rPr>
      </w:pPr>
      <w:r w:rsidRPr="00D84889">
        <w:rPr>
          <w:rFonts w:ascii="Arial" w:hAnsi="Arial" w:cs="Arial"/>
          <w:lang w:val="pl-PL"/>
        </w:rPr>
        <w:br/>
        <w:t>Miejscowość i data: ........................................................................</w:t>
      </w:r>
      <w:r w:rsidRPr="00D84889">
        <w:rPr>
          <w:rFonts w:ascii="Arial" w:hAnsi="Arial" w:cs="Arial"/>
          <w:b/>
          <w:lang w:val="pl-PL"/>
        </w:rPr>
        <w:br/>
      </w:r>
      <w:r w:rsidRPr="00D84889">
        <w:rPr>
          <w:rFonts w:ascii="Arial" w:hAnsi="Arial" w:cs="Arial"/>
          <w:b/>
          <w:lang w:val="pl-PL"/>
        </w:rPr>
        <w:br/>
      </w:r>
    </w:p>
    <w:p w14:paraId="38DFE80D" w14:textId="77777777" w:rsidR="00D84889" w:rsidRDefault="00D84889">
      <w:pPr>
        <w:rPr>
          <w:rFonts w:ascii="Arial" w:hAnsi="Arial" w:cs="Arial"/>
          <w:b/>
          <w:lang w:val="pl-PL"/>
        </w:rPr>
      </w:pPr>
    </w:p>
    <w:p w14:paraId="2E27DDC6" w14:textId="77777777" w:rsidR="00D84889" w:rsidRDefault="00D84889">
      <w:pPr>
        <w:rPr>
          <w:rFonts w:ascii="Arial" w:hAnsi="Arial" w:cs="Arial"/>
          <w:b/>
          <w:lang w:val="pl-PL"/>
        </w:rPr>
      </w:pPr>
    </w:p>
    <w:p w14:paraId="7B26C757" w14:textId="00D6091A" w:rsidR="00114349" w:rsidRPr="00D84889" w:rsidRDefault="00000000">
      <w:pPr>
        <w:rPr>
          <w:rFonts w:ascii="Arial" w:hAnsi="Arial" w:cs="Arial"/>
          <w:lang w:val="pl-PL"/>
        </w:rPr>
      </w:pPr>
      <w:r w:rsidRPr="00D84889">
        <w:rPr>
          <w:rFonts w:ascii="Arial" w:hAnsi="Arial" w:cs="Arial"/>
          <w:b/>
          <w:lang w:val="pl-PL"/>
        </w:rPr>
        <w:t>........................................................................</w:t>
      </w:r>
      <w:r w:rsidRPr="00D84889">
        <w:rPr>
          <w:rFonts w:ascii="Arial" w:hAnsi="Arial" w:cs="Arial"/>
          <w:lang w:val="pl-PL"/>
        </w:rPr>
        <w:br/>
        <w:t>Czytelny podpis osoby uprawnionej do reprezentowania Wykonawcy</w:t>
      </w:r>
    </w:p>
    <w:sectPr w:rsidR="00114349" w:rsidRPr="00D84889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0" w:right="1134" w:bottom="907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D340F" w14:textId="77777777" w:rsidR="00035A1F" w:rsidRDefault="00035A1F">
      <w:pPr>
        <w:spacing w:after="0" w:line="240" w:lineRule="auto"/>
      </w:pPr>
      <w:r>
        <w:separator/>
      </w:r>
    </w:p>
  </w:endnote>
  <w:endnote w:type="continuationSeparator" w:id="0">
    <w:p w14:paraId="34B87B75" w14:textId="77777777" w:rsidR="00035A1F" w:rsidRDefault="00035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2D0C" w14:textId="77777777" w:rsidR="00D1724A" w:rsidRDefault="00D172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B523" w14:textId="77777777" w:rsidR="00114349" w:rsidRPr="00D1724A" w:rsidRDefault="00000000">
    <w:pPr>
      <w:pStyle w:val="Stopka"/>
      <w:jc w:val="center"/>
      <w:rPr>
        <w:rFonts w:ascii="Arial" w:hAnsi="Arial" w:cs="Arial"/>
      </w:rPr>
    </w:pPr>
    <w:r w:rsidRPr="00D1724A">
      <w:rPr>
        <w:rFonts w:ascii="Arial" w:hAnsi="Arial" w:cs="Arial"/>
        <w:sz w:val="16"/>
      </w:rPr>
      <w:t xml:space="preserve">Strona </w:t>
    </w:r>
    <w:r w:rsidRPr="00D1724A">
      <w:rPr>
        <w:rFonts w:ascii="Arial" w:hAnsi="Arial" w:cs="Arial"/>
        <w:sz w:val="16"/>
      </w:rPr>
      <w:fldChar w:fldCharType="begin"/>
    </w:r>
    <w:r w:rsidRPr="00D1724A">
      <w:rPr>
        <w:rFonts w:ascii="Arial" w:hAnsi="Arial" w:cs="Arial"/>
        <w:sz w:val="16"/>
      </w:rPr>
      <w:instrText>PAGE</w:instrText>
    </w:r>
    <w:r w:rsidRPr="00D1724A">
      <w:rPr>
        <w:rFonts w:ascii="Arial" w:hAnsi="Arial" w:cs="Arial"/>
        <w:sz w:val="16"/>
      </w:rPr>
      <w:fldChar w:fldCharType="separate"/>
    </w:r>
    <w:r w:rsidR="00D84889" w:rsidRPr="00D1724A">
      <w:rPr>
        <w:rFonts w:ascii="Arial" w:hAnsi="Arial" w:cs="Arial"/>
        <w:noProof/>
        <w:sz w:val="16"/>
      </w:rPr>
      <w:t>1</w:t>
    </w:r>
    <w:r w:rsidRPr="00D1724A"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897A2" w14:textId="77777777" w:rsidR="00D1724A" w:rsidRDefault="00D172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31A69" w14:textId="77777777" w:rsidR="00035A1F" w:rsidRDefault="00035A1F">
      <w:pPr>
        <w:spacing w:after="0" w:line="240" w:lineRule="auto"/>
      </w:pPr>
      <w:r>
        <w:separator/>
      </w:r>
    </w:p>
  </w:footnote>
  <w:footnote w:type="continuationSeparator" w:id="0">
    <w:p w14:paraId="44E068B3" w14:textId="77777777" w:rsidR="00035A1F" w:rsidRDefault="00035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4A11B" w14:textId="77777777" w:rsidR="00D1724A" w:rsidRDefault="00D172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967EA" w14:textId="77777777" w:rsidR="00D1724A" w:rsidRDefault="00D172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5BCE5" w14:textId="77777777" w:rsidR="00D1724A" w:rsidRDefault="00D172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4230934">
    <w:abstractNumId w:val="8"/>
  </w:num>
  <w:num w:numId="2" w16cid:durableId="792672505">
    <w:abstractNumId w:val="6"/>
  </w:num>
  <w:num w:numId="3" w16cid:durableId="2044935752">
    <w:abstractNumId w:val="5"/>
  </w:num>
  <w:num w:numId="4" w16cid:durableId="1422340268">
    <w:abstractNumId w:val="4"/>
  </w:num>
  <w:num w:numId="5" w16cid:durableId="118382823">
    <w:abstractNumId w:val="7"/>
  </w:num>
  <w:num w:numId="6" w16cid:durableId="875197488">
    <w:abstractNumId w:val="3"/>
  </w:num>
  <w:num w:numId="7" w16cid:durableId="1513032799">
    <w:abstractNumId w:val="2"/>
  </w:num>
  <w:num w:numId="8" w16cid:durableId="711806924">
    <w:abstractNumId w:val="1"/>
  </w:num>
  <w:num w:numId="9" w16cid:durableId="84490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A1F"/>
    <w:rsid w:val="0006063C"/>
    <w:rsid w:val="00114349"/>
    <w:rsid w:val="0015074B"/>
    <w:rsid w:val="00242758"/>
    <w:rsid w:val="0029639D"/>
    <w:rsid w:val="002E6E07"/>
    <w:rsid w:val="00315D99"/>
    <w:rsid w:val="00326F90"/>
    <w:rsid w:val="009F3893"/>
    <w:rsid w:val="00AA1D8D"/>
    <w:rsid w:val="00B44123"/>
    <w:rsid w:val="00B47730"/>
    <w:rsid w:val="00CB0664"/>
    <w:rsid w:val="00D1724A"/>
    <w:rsid w:val="00D84889"/>
    <w:rsid w:val="00E05CAA"/>
    <w:rsid w:val="00E657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C53EA"/>
  <w14:defaultImageDpi w14:val="300"/>
  <w15:docId w15:val="{3252F8D6-21C3-4DF0-8012-7F7C7459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4E79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40"/>
    </w:pPr>
    <w:rPr>
      <w:rFonts w:ascii="Aptos" w:hAnsi="Aptos"/>
      <w:color w:val="5A5A5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519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– Formularz ofertowy</dc:title>
  <dc:subject>Zakup tabletów i akcesoriów na potrzeby sesji Rady Gminy w Pawłowie</dc:subject>
  <dc:creator>Urząd Gminy w Pawłowie</dc:creator>
  <cp:keywords>zapytanie ofertowe, tablety, Rada Gminy, Pawłów</cp:keywords>
  <cp:lastModifiedBy>Piotr Maj</cp:lastModifiedBy>
  <cp:revision>5</cp:revision>
  <dcterms:created xsi:type="dcterms:W3CDTF">2013-12-23T23:15:00Z</dcterms:created>
  <dcterms:modified xsi:type="dcterms:W3CDTF">2026-07-30T11:20:00Z</dcterms:modified>
  <cp:category/>
</cp:coreProperties>
</file>