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3A94D" w14:textId="3C2C3E56" w:rsidR="00114349" w:rsidRPr="00D84889" w:rsidRDefault="00000000">
      <w:pPr>
        <w:spacing w:after="280"/>
        <w:jc w:val="right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sz w:val="20"/>
          <w:lang w:val="pl-PL"/>
        </w:rPr>
        <w:t xml:space="preserve">Znak sprawy: </w:t>
      </w:r>
      <w:r w:rsidR="00D84889">
        <w:rPr>
          <w:rFonts w:ascii="Arial" w:hAnsi="Arial" w:cs="Arial"/>
          <w:sz w:val="20"/>
          <w:lang w:val="pl-PL"/>
        </w:rPr>
        <w:t>Or.271.</w:t>
      </w:r>
      <w:r w:rsidR="00877A4B">
        <w:rPr>
          <w:rFonts w:ascii="Arial" w:hAnsi="Arial" w:cs="Arial"/>
          <w:sz w:val="20"/>
          <w:lang w:val="pl-PL"/>
        </w:rPr>
        <w:t>4</w:t>
      </w:r>
      <w:r w:rsidR="00D84889">
        <w:rPr>
          <w:rFonts w:ascii="Arial" w:hAnsi="Arial" w:cs="Arial"/>
          <w:sz w:val="20"/>
          <w:lang w:val="pl-PL"/>
        </w:rPr>
        <w:t>.2026</w:t>
      </w:r>
    </w:p>
    <w:p w14:paraId="5162F744" w14:textId="77777777" w:rsidR="00114349" w:rsidRPr="00D84889" w:rsidRDefault="00000000">
      <w:pPr>
        <w:pStyle w:val="Tytu"/>
        <w:jc w:val="center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ZAŁĄCZNIK NR 2</w:t>
      </w:r>
    </w:p>
    <w:p w14:paraId="5CB4D520" w14:textId="024B79FB" w:rsidR="00114349" w:rsidRPr="00D84889" w:rsidRDefault="00000000">
      <w:pPr>
        <w:spacing w:after="280"/>
        <w:jc w:val="center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b/>
          <w:color w:val="222222"/>
          <w:sz w:val="22"/>
          <w:lang w:val="pl-PL"/>
        </w:rPr>
        <w:t xml:space="preserve">Formularz ofertowy – </w:t>
      </w:r>
      <w:r w:rsidR="00D84889">
        <w:rPr>
          <w:rFonts w:ascii="Arial" w:hAnsi="Arial" w:cs="Arial"/>
          <w:b/>
          <w:color w:val="222222"/>
          <w:sz w:val="22"/>
          <w:lang w:val="pl-PL"/>
        </w:rPr>
        <w:br/>
      </w:r>
      <w:r w:rsidR="00D84889" w:rsidRPr="002F25C7">
        <w:rPr>
          <w:rFonts w:ascii="Arial" w:hAnsi="Arial" w:cs="Arial"/>
          <w:b/>
          <w:color w:val="222222"/>
          <w:sz w:val="22"/>
          <w:lang w:val="pl-PL"/>
        </w:rPr>
        <w:t xml:space="preserve">Dostawa tabletów, etui z klawiaturami oraz stacji ładujących </w:t>
      </w:r>
      <w:r w:rsidR="00D84889">
        <w:rPr>
          <w:rFonts w:ascii="Arial" w:hAnsi="Arial" w:cs="Arial"/>
          <w:b/>
          <w:color w:val="222222"/>
          <w:sz w:val="22"/>
          <w:lang w:val="pl-PL"/>
        </w:rPr>
        <w:br/>
      </w:r>
      <w:r w:rsidR="00D84889" w:rsidRPr="002F25C7">
        <w:rPr>
          <w:rFonts w:ascii="Arial" w:hAnsi="Arial" w:cs="Arial"/>
          <w:b/>
          <w:color w:val="222222"/>
          <w:sz w:val="22"/>
          <w:lang w:val="pl-PL"/>
        </w:rPr>
        <w:t>na potrzeby obsługi sesji Rady Gminy w Pawłowie</w:t>
      </w:r>
    </w:p>
    <w:p w14:paraId="20611C45" w14:textId="77777777" w:rsidR="00114349" w:rsidRPr="00D84889" w:rsidRDefault="00000000">
      <w:pPr>
        <w:pStyle w:val="Nagwek1"/>
        <w:rPr>
          <w:rFonts w:ascii="Arial" w:hAnsi="Arial" w:cs="Arial"/>
        </w:rPr>
      </w:pPr>
      <w:r w:rsidRPr="00D84889">
        <w:rPr>
          <w:rFonts w:ascii="Arial" w:hAnsi="Arial" w:cs="Arial"/>
        </w:rPr>
        <w:t>1. Dane Wykonawcy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803"/>
      </w:tblGrid>
      <w:tr w:rsidR="00114349" w:rsidRPr="00D84889" w14:paraId="6CF37EED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64F45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9"/>
              </w:rPr>
              <w:t>Nazwa Wykonawcy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9BD97D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9"/>
              </w:rPr>
              <w:t>........................................................................................................................</w:t>
            </w:r>
          </w:p>
        </w:tc>
      </w:tr>
      <w:tr w:rsidR="00114349" w:rsidRPr="00D84889" w14:paraId="42FC868E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59473A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9"/>
              </w:rPr>
              <w:t>Adres siedziby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0E631A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9"/>
              </w:rPr>
              <w:t>........................................................................................................................</w:t>
            </w:r>
          </w:p>
        </w:tc>
      </w:tr>
      <w:tr w:rsidR="00114349" w:rsidRPr="00D84889" w14:paraId="0AD86A7B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C2D292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9"/>
              </w:rPr>
              <w:t>NIP / REGON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15227A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9"/>
              </w:rPr>
              <w:t>........................................................................................................................</w:t>
            </w:r>
          </w:p>
        </w:tc>
      </w:tr>
      <w:tr w:rsidR="00114349" w:rsidRPr="00D84889" w14:paraId="64D8C08C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79A117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9"/>
              </w:rPr>
              <w:t>Osoba do kontaktu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25AFDE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9"/>
              </w:rPr>
              <w:t>........................................................................................................................</w:t>
            </w:r>
          </w:p>
        </w:tc>
      </w:tr>
      <w:tr w:rsidR="00114349" w:rsidRPr="00D84889" w14:paraId="560453CC" w14:textId="77777777">
        <w:trPr>
          <w:jc w:val="center"/>
        </w:trPr>
        <w:tc>
          <w:tcPr>
            <w:tcW w:w="2551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5FA016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9"/>
              </w:rPr>
              <w:t>Telefon / e-mail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8D550A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9"/>
              </w:rPr>
              <w:t>........................................................................................................................</w:t>
            </w:r>
          </w:p>
        </w:tc>
      </w:tr>
    </w:tbl>
    <w:p w14:paraId="7F0F99FD" w14:textId="77777777" w:rsidR="00114349" w:rsidRPr="00D84889" w:rsidRDefault="00000000">
      <w:pPr>
        <w:pStyle w:val="Nagwek1"/>
        <w:rPr>
          <w:rFonts w:ascii="Arial" w:hAnsi="Arial" w:cs="Arial"/>
        </w:rPr>
      </w:pPr>
      <w:r w:rsidRPr="00D84889">
        <w:rPr>
          <w:rFonts w:ascii="Arial" w:hAnsi="Arial" w:cs="Arial"/>
        </w:rPr>
        <w:t>2. Oferowany przedmiot zamówienia i cena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5"/>
        <w:gridCol w:w="1928"/>
        <w:gridCol w:w="2268"/>
        <w:gridCol w:w="794"/>
        <w:gridCol w:w="1134"/>
        <w:gridCol w:w="680"/>
        <w:gridCol w:w="1304"/>
      </w:tblGrid>
      <w:tr w:rsidR="00114349" w:rsidRPr="00D84889" w14:paraId="7DAC46FB" w14:textId="77777777">
        <w:trPr>
          <w:cantSplit/>
          <w:tblHeader/>
          <w:jc w:val="center"/>
        </w:trPr>
        <w:tc>
          <w:tcPr>
            <w:tcW w:w="45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379CC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Lp.</w:t>
            </w:r>
          </w:p>
        </w:tc>
        <w:tc>
          <w:tcPr>
            <w:tcW w:w="192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B43663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Nazwa</w:t>
            </w:r>
          </w:p>
        </w:tc>
        <w:tc>
          <w:tcPr>
            <w:tcW w:w="226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976568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Producent i model</w:t>
            </w:r>
          </w:p>
        </w:tc>
        <w:tc>
          <w:tcPr>
            <w:tcW w:w="79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A20EC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Liczba</w:t>
            </w:r>
          </w:p>
        </w:tc>
        <w:tc>
          <w:tcPr>
            <w:tcW w:w="113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6DC4EB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Cena jedn. netto</w:t>
            </w:r>
          </w:p>
        </w:tc>
        <w:tc>
          <w:tcPr>
            <w:tcW w:w="680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283447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VAT</w:t>
            </w:r>
          </w:p>
        </w:tc>
        <w:tc>
          <w:tcPr>
            <w:tcW w:w="130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A5785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FFFFFF"/>
                <w:sz w:val="17"/>
              </w:rPr>
              <w:t>Wartość brutto</w:t>
            </w:r>
          </w:p>
        </w:tc>
      </w:tr>
      <w:tr w:rsidR="00114349" w:rsidRPr="00D84889" w14:paraId="69BEDCE7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2BF7D4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1</w:t>
            </w:r>
          </w:p>
        </w:tc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CF688B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Tablet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EA5EE2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79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6DB64" w14:textId="78DE9619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1</w:t>
            </w:r>
            <w:r w:rsidR="002E6E07">
              <w:rPr>
                <w:rFonts w:ascii="Arial" w:hAnsi="Arial" w:cs="Arial"/>
                <w:color w:val="222222"/>
                <w:sz w:val="17"/>
              </w:rPr>
              <w:t>6</w:t>
            </w:r>
            <w:r w:rsidRPr="00D84889">
              <w:rPr>
                <w:rFonts w:ascii="Arial" w:hAnsi="Arial" w:cs="Arial"/>
                <w:color w:val="222222"/>
                <w:sz w:val="17"/>
              </w:rPr>
              <w:t xml:space="preserve"> szt.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5B7CA0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C8ABD1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1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74326A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</w:tr>
      <w:tr w:rsidR="00114349" w:rsidRPr="00D84889" w14:paraId="62F8F012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D864C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2</w:t>
            </w:r>
          </w:p>
        </w:tc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85FF88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Etui z klawiaturą Bluetooth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A8C9C9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79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22BDD" w14:textId="1245487B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1</w:t>
            </w:r>
            <w:r w:rsidR="002E6E07">
              <w:rPr>
                <w:rFonts w:ascii="Arial" w:hAnsi="Arial" w:cs="Arial"/>
                <w:color w:val="222222"/>
                <w:sz w:val="17"/>
              </w:rPr>
              <w:t>6</w:t>
            </w:r>
            <w:r w:rsidRPr="00D84889">
              <w:rPr>
                <w:rFonts w:ascii="Arial" w:hAnsi="Arial" w:cs="Arial"/>
                <w:color w:val="222222"/>
                <w:sz w:val="17"/>
              </w:rPr>
              <w:t xml:space="preserve"> szt.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69A342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A92359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1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BDD749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</w:tr>
      <w:tr w:rsidR="00114349" w:rsidRPr="00D84889" w14:paraId="1DDE2687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1ED99B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3</w:t>
            </w:r>
          </w:p>
        </w:tc>
        <w:tc>
          <w:tcPr>
            <w:tcW w:w="19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EB479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Wieloportowa stacja ładująca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AE6365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79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27F794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>2 szt.</w:t>
            </w:r>
          </w:p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1B317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5080C1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  <w:tc>
          <w:tcPr>
            <w:tcW w:w="1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82849" w14:textId="77777777" w:rsidR="00114349" w:rsidRPr="00D84889" w:rsidRDefault="00000000">
            <w:pPr>
              <w:spacing w:after="0"/>
              <w:jc w:val="center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7"/>
              </w:rPr>
              <w:t xml:space="preserve"> </w:t>
            </w:r>
          </w:p>
        </w:tc>
      </w:tr>
    </w:tbl>
    <w:p w14:paraId="6E78D0BF" w14:textId="77777777" w:rsidR="00114349" w:rsidRPr="00D84889" w:rsidRDefault="00000000">
      <w:pPr>
        <w:spacing w:before="160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b/>
          <w:lang w:val="pl-PL"/>
        </w:rPr>
        <w:t xml:space="preserve">Łączna wartość netto: </w:t>
      </w:r>
      <w:r w:rsidRPr="00D84889">
        <w:rPr>
          <w:rFonts w:ascii="Arial" w:hAnsi="Arial" w:cs="Arial"/>
          <w:lang w:val="pl-PL"/>
        </w:rPr>
        <w:t>........................................ zł</w:t>
      </w:r>
      <w:r w:rsidRPr="00D84889">
        <w:rPr>
          <w:rFonts w:ascii="Arial" w:hAnsi="Arial" w:cs="Arial"/>
          <w:b/>
          <w:lang w:val="pl-PL"/>
        </w:rPr>
        <w:br/>
        <w:t xml:space="preserve">Podatek VAT: </w:t>
      </w:r>
      <w:r w:rsidRPr="00D84889">
        <w:rPr>
          <w:rFonts w:ascii="Arial" w:hAnsi="Arial" w:cs="Arial"/>
          <w:lang w:val="pl-PL"/>
        </w:rPr>
        <w:t>........................................ zł</w:t>
      </w:r>
      <w:r w:rsidRPr="00D84889">
        <w:rPr>
          <w:rFonts w:ascii="Arial" w:hAnsi="Arial" w:cs="Arial"/>
          <w:b/>
          <w:lang w:val="pl-PL"/>
        </w:rPr>
        <w:br/>
        <w:t xml:space="preserve">Łączna cena brutto: </w:t>
      </w:r>
      <w:r w:rsidRPr="00D84889">
        <w:rPr>
          <w:rFonts w:ascii="Arial" w:hAnsi="Arial" w:cs="Arial"/>
          <w:lang w:val="pl-PL"/>
        </w:rPr>
        <w:t>........................................ zł</w:t>
      </w:r>
    </w:p>
    <w:p w14:paraId="2BED2912" w14:textId="77777777" w:rsidR="00114349" w:rsidRPr="00D84889" w:rsidRDefault="00000000">
      <w:pPr>
        <w:pStyle w:val="Nagwek1"/>
        <w:rPr>
          <w:rFonts w:ascii="Arial" w:hAnsi="Arial" w:cs="Arial"/>
        </w:rPr>
      </w:pPr>
      <w:r w:rsidRPr="00D84889">
        <w:rPr>
          <w:rFonts w:ascii="Arial" w:hAnsi="Arial" w:cs="Arial"/>
        </w:rPr>
        <w:t>3. Parametry i warunki oferty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819"/>
      </w:tblGrid>
      <w:tr w:rsidR="00114349" w:rsidRPr="00D84889" w14:paraId="2D82DFE9" w14:textId="77777777">
        <w:trPr>
          <w:jc w:val="center"/>
        </w:trPr>
        <w:tc>
          <w:tcPr>
            <w:tcW w:w="453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D70C7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</w:rPr>
              <w:t>Termin realizacji</w:t>
            </w:r>
          </w:p>
        </w:tc>
        <w:tc>
          <w:tcPr>
            <w:tcW w:w="481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EC68F1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................ dni kalendarzowych</w:t>
            </w:r>
          </w:p>
        </w:tc>
      </w:tr>
      <w:tr w:rsidR="00114349" w:rsidRPr="00D84889" w14:paraId="660D108D" w14:textId="77777777">
        <w:trPr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D4B8E0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</w:rPr>
              <w:t>Gwarancja na tablety</w:t>
            </w:r>
          </w:p>
        </w:tc>
        <w:tc>
          <w:tcPr>
            <w:tcW w:w="48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C52AF0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................ miesięcy</w:t>
            </w:r>
          </w:p>
        </w:tc>
      </w:tr>
      <w:tr w:rsidR="00114349" w:rsidRPr="00D84889" w14:paraId="213ABC0C" w14:textId="77777777">
        <w:trPr>
          <w:jc w:val="center"/>
        </w:trPr>
        <w:tc>
          <w:tcPr>
            <w:tcW w:w="453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40E97C" w14:textId="77777777" w:rsidR="00114349" w:rsidRPr="00D84889" w:rsidRDefault="00000000">
            <w:pPr>
              <w:spacing w:after="0"/>
              <w:rPr>
                <w:rFonts w:ascii="Arial" w:hAnsi="Arial" w:cs="Arial"/>
                <w:lang w:val="pl-P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  <w:lang w:val="pl-PL"/>
              </w:rPr>
              <w:t>Gwarancja na etui i klawiatury</w:t>
            </w:r>
          </w:p>
        </w:tc>
        <w:tc>
          <w:tcPr>
            <w:tcW w:w="481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4A01FB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................ miesięcy</w:t>
            </w:r>
          </w:p>
        </w:tc>
      </w:tr>
      <w:tr w:rsidR="00114349" w:rsidRPr="00D84889" w14:paraId="5B85CED5" w14:textId="77777777">
        <w:trPr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4CE53C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</w:rPr>
              <w:t>Gwarancja na stacje ładujące</w:t>
            </w:r>
          </w:p>
        </w:tc>
        <w:tc>
          <w:tcPr>
            <w:tcW w:w="48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031692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................ miesięcy</w:t>
            </w:r>
          </w:p>
        </w:tc>
      </w:tr>
      <w:tr w:rsidR="00114349" w:rsidRPr="00877A4B" w14:paraId="4C046B68" w14:textId="77777777">
        <w:trPr>
          <w:jc w:val="center"/>
        </w:trPr>
        <w:tc>
          <w:tcPr>
            <w:tcW w:w="453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5C9B85" w14:textId="77777777" w:rsidR="00114349" w:rsidRPr="00D84889" w:rsidRDefault="00000000">
            <w:pPr>
              <w:spacing w:after="0"/>
              <w:rPr>
                <w:rFonts w:ascii="Arial" w:hAnsi="Arial" w:cs="Arial"/>
                <w:lang w:val="pl-P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  <w:lang w:val="pl-PL"/>
              </w:rPr>
              <w:t>Okres wsparcia aktualizacjami zabezpieczeń tabletu</w:t>
            </w:r>
          </w:p>
        </w:tc>
        <w:tc>
          <w:tcPr>
            <w:tcW w:w="481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C7047F" w14:textId="77777777" w:rsidR="00114349" w:rsidRPr="00D84889" w:rsidRDefault="00000000">
            <w:pPr>
              <w:spacing w:after="0"/>
              <w:rPr>
                <w:rFonts w:ascii="Arial" w:hAnsi="Arial" w:cs="Arial"/>
                <w:lang w:val="pl-PL"/>
              </w:rPr>
            </w:pPr>
            <w:r w:rsidRPr="00D84889">
              <w:rPr>
                <w:rFonts w:ascii="Arial" w:hAnsi="Arial" w:cs="Arial"/>
                <w:color w:val="222222"/>
                <w:sz w:val="18"/>
                <w:lang w:val="pl-PL"/>
              </w:rPr>
              <w:t>do dnia ........................ / przez ................ lat od dostawy</w:t>
            </w:r>
          </w:p>
        </w:tc>
      </w:tr>
      <w:tr w:rsidR="00114349" w:rsidRPr="00D84889" w14:paraId="68043D5D" w14:textId="77777777">
        <w:trPr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994494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</w:rPr>
              <w:t>Częstotliwość aktualizacji zabezpieczeń</w:t>
            </w:r>
          </w:p>
        </w:tc>
        <w:tc>
          <w:tcPr>
            <w:tcW w:w="48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8CCC3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................................................................................</w:t>
            </w:r>
          </w:p>
        </w:tc>
      </w:tr>
      <w:tr w:rsidR="00114349" w:rsidRPr="00D84889" w14:paraId="38D7E6A2" w14:textId="77777777">
        <w:trPr>
          <w:jc w:val="center"/>
        </w:trPr>
        <w:tc>
          <w:tcPr>
            <w:tcW w:w="453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B3019D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b/>
                <w:color w:val="222222"/>
                <w:sz w:val="18"/>
              </w:rPr>
              <w:t>Termin związania ofertą</w:t>
            </w:r>
          </w:p>
        </w:tc>
        <w:tc>
          <w:tcPr>
            <w:tcW w:w="481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519BEF" w14:textId="77777777" w:rsidR="00114349" w:rsidRPr="00D84889" w:rsidRDefault="00000000">
            <w:pPr>
              <w:spacing w:after="0"/>
              <w:rPr>
                <w:rFonts w:ascii="Arial" w:hAnsi="Arial" w:cs="Arial"/>
              </w:rPr>
            </w:pPr>
            <w:r w:rsidRPr="00D84889">
              <w:rPr>
                <w:rFonts w:ascii="Arial" w:hAnsi="Arial" w:cs="Arial"/>
                <w:color w:val="222222"/>
                <w:sz w:val="18"/>
              </w:rPr>
              <w:t>30 dni</w:t>
            </w:r>
          </w:p>
        </w:tc>
      </w:tr>
    </w:tbl>
    <w:p w14:paraId="4DB7A147" w14:textId="77777777" w:rsidR="00114349" w:rsidRPr="00D84889" w:rsidRDefault="00000000">
      <w:pPr>
        <w:pStyle w:val="Nagwek1"/>
        <w:rPr>
          <w:rFonts w:ascii="Arial" w:hAnsi="Arial" w:cs="Arial"/>
        </w:rPr>
      </w:pPr>
      <w:r w:rsidRPr="00D84889">
        <w:rPr>
          <w:rFonts w:ascii="Arial" w:hAnsi="Arial" w:cs="Arial"/>
        </w:rPr>
        <w:t>4. Oświadczenia Wykonawcy</w:t>
      </w:r>
    </w:p>
    <w:p w14:paraId="18B30520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Oświadczamy, że zapoznaliśmy się z zapytaniem ofertowym i opisem przedmiotu zamówienia oraz nie wnosimy do nich zastrzeżeń.</w:t>
      </w:r>
    </w:p>
    <w:p w14:paraId="26D8586B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lastRenderedPageBreak/>
        <w:t>☐</w:t>
      </w:r>
      <w:r w:rsidRPr="00D84889">
        <w:rPr>
          <w:rFonts w:ascii="Arial" w:hAnsi="Arial" w:cs="Arial"/>
          <w:lang w:val="pl-PL"/>
        </w:rPr>
        <w:t xml:space="preserve"> Oświadczamy, że oferowane produkty spełniają wszystkie minimalne wymagania Zamawiającego, a zaoferowany zestaw jest kompletny i wzajemnie kompatybilny.</w:t>
      </w:r>
    </w:p>
    <w:p w14:paraId="54C4D8C3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Oświadczamy, że wszystkie oferowane urządzenia i akcesoria są fabrycznie nowe, nieużywane, wolne od wad fizycznych i prawnych oraz pochodzą z legalnego kanału dystrybucji.</w:t>
      </w:r>
    </w:p>
    <w:p w14:paraId="1EBC8D27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Oświadczamy, że producent oferowanego tabletu zapewnia wymagane wsparcie aktualizacjami zabezpieczeń, a dokument potwierdzający zakres i okres wsparcia został dołączony do oferty.</w:t>
      </w:r>
    </w:p>
    <w:p w14:paraId="427FE29D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Oświadczamy, że cena obejmuje wszystkie koszty prawidłowej realizacji zamówienia, w tym dostawę, transport, wniesienie i obsługę gwarancyjną.</w:t>
      </w:r>
    </w:p>
    <w:p w14:paraId="3F258BE2" w14:textId="77777777" w:rsidR="0011434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Akceptujemy termin płatności wynoszący 14 dni od otrzymania prawidłowo wystawionej faktury i podpisania protokołu odbioru bez zastrzeżeń.</w:t>
      </w:r>
    </w:p>
    <w:p w14:paraId="670B74CF" w14:textId="77777777" w:rsidR="00B44123" w:rsidRPr="00B44123" w:rsidRDefault="00B44123" w:rsidP="00B44123">
      <w:pPr>
        <w:ind w:left="57"/>
        <w:rPr>
          <w:rFonts w:ascii="Arial" w:hAnsi="Arial" w:cs="Arial"/>
          <w:lang w:val="pl-PL"/>
        </w:rPr>
      </w:pPr>
      <w:r w:rsidRPr="00B44123">
        <w:rPr>
          <w:rFonts w:ascii="Segoe UI Symbol" w:hAnsi="Segoe UI Symbol" w:cs="Segoe UI Symbol"/>
          <w:lang w:val="pl-PL"/>
        </w:rPr>
        <w:t>☐</w:t>
      </w:r>
      <w:r w:rsidRPr="00B44123">
        <w:rPr>
          <w:rFonts w:ascii="Arial" w:hAnsi="Arial" w:cs="Arial"/>
          <w:lang w:val="pl-PL"/>
        </w:rPr>
        <w:t xml:space="preserve"> Nie podlegamy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E7437B1" w14:textId="77777777" w:rsidR="00114349" w:rsidRPr="00D84889" w:rsidRDefault="00000000">
      <w:pPr>
        <w:ind w:left="57"/>
        <w:rPr>
          <w:rFonts w:ascii="Arial" w:hAnsi="Arial" w:cs="Arial"/>
          <w:lang w:val="pl-PL"/>
        </w:rPr>
      </w:pPr>
      <w:r w:rsidRPr="00D84889">
        <w:rPr>
          <w:rFonts w:ascii="Segoe UI Symbol" w:hAnsi="Segoe UI Symbol" w:cs="Segoe UI Symbol"/>
          <w:lang w:val="pl-PL"/>
        </w:rPr>
        <w:t>☐</w:t>
      </w:r>
      <w:r w:rsidRPr="00D84889">
        <w:rPr>
          <w:rFonts w:ascii="Arial" w:hAnsi="Arial" w:cs="Arial"/>
          <w:lang w:val="pl-PL"/>
        </w:rPr>
        <w:t xml:space="preserve"> Jesteśmy związani niniejszą ofertą przez 30 dni od upływu terminu składania ofert.</w:t>
      </w:r>
    </w:p>
    <w:p w14:paraId="6B894BED" w14:textId="77777777" w:rsidR="00114349" w:rsidRPr="00D84889" w:rsidRDefault="00000000">
      <w:pPr>
        <w:pStyle w:val="Nagwek1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5. Załączniki do oferty</w:t>
      </w:r>
    </w:p>
    <w:p w14:paraId="0D32C002" w14:textId="77777777" w:rsidR="00114349" w:rsidRPr="00D84889" w:rsidRDefault="00000000">
      <w:pPr>
        <w:ind w:left="340" w:hanging="255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1. specyfikacje techniczne lub karty katalogowe oferowanych produktów;</w:t>
      </w:r>
    </w:p>
    <w:p w14:paraId="6EFCB868" w14:textId="77777777" w:rsidR="00114349" w:rsidRPr="00D84889" w:rsidRDefault="00000000">
      <w:pPr>
        <w:ind w:left="340" w:hanging="255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2. potwierdzenie okresu i częstotliwości wsparcia aktualizacjami zabezpieczeń tabletu;</w:t>
      </w:r>
    </w:p>
    <w:p w14:paraId="703B6A02" w14:textId="77777777" w:rsidR="00114349" w:rsidRPr="00D84889" w:rsidRDefault="00000000">
      <w:pPr>
        <w:ind w:left="340" w:hanging="255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3. zestawienie parametrów równoważności – jeżeli dotyczy;</w:t>
      </w:r>
    </w:p>
    <w:p w14:paraId="325ED539" w14:textId="77777777" w:rsidR="00114349" w:rsidRPr="00D84889" w:rsidRDefault="00000000">
      <w:pPr>
        <w:ind w:left="340" w:hanging="255"/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lang w:val="pl-PL"/>
        </w:rPr>
        <w:t>4. pełnomocnictwo – jeżeli dotyczy.</w:t>
      </w:r>
    </w:p>
    <w:p w14:paraId="36C4AF31" w14:textId="77777777" w:rsidR="00D84889" w:rsidRDefault="00000000">
      <w:pPr>
        <w:rPr>
          <w:rFonts w:ascii="Arial" w:hAnsi="Arial" w:cs="Arial"/>
          <w:b/>
          <w:lang w:val="pl-PL"/>
        </w:rPr>
      </w:pPr>
      <w:r w:rsidRPr="00D84889">
        <w:rPr>
          <w:rFonts w:ascii="Arial" w:hAnsi="Arial" w:cs="Arial"/>
          <w:lang w:val="pl-PL"/>
        </w:rPr>
        <w:br/>
        <w:t>Miejscowość i data: ........................................................................</w:t>
      </w:r>
      <w:r w:rsidRPr="00D84889">
        <w:rPr>
          <w:rFonts w:ascii="Arial" w:hAnsi="Arial" w:cs="Arial"/>
          <w:b/>
          <w:lang w:val="pl-PL"/>
        </w:rPr>
        <w:br/>
      </w:r>
      <w:r w:rsidRPr="00D84889">
        <w:rPr>
          <w:rFonts w:ascii="Arial" w:hAnsi="Arial" w:cs="Arial"/>
          <w:b/>
          <w:lang w:val="pl-PL"/>
        </w:rPr>
        <w:br/>
      </w:r>
    </w:p>
    <w:p w14:paraId="38DFE80D" w14:textId="77777777" w:rsidR="00D84889" w:rsidRDefault="00D84889">
      <w:pPr>
        <w:rPr>
          <w:rFonts w:ascii="Arial" w:hAnsi="Arial" w:cs="Arial"/>
          <w:b/>
          <w:lang w:val="pl-PL"/>
        </w:rPr>
      </w:pPr>
    </w:p>
    <w:p w14:paraId="2E27DDC6" w14:textId="77777777" w:rsidR="00D84889" w:rsidRDefault="00D84889">
      <w:pPr>
        <w:rPr>
          <w:rFonts w:ascii="Arial" w:hAnsi="Arial" w:cs="Arial"/>
          <w:b/>
          <w:lang w:val="pl-PL"/>
        </w:rPr>
      </w:pPr>
    </w:p>
    <w:p w14:paraId="7B26C757" w14:textId="00D6091A" w:rsidR="00114349" w:rsidRPr="00D84889" w:rsidRDefault="00000000">
      <w:pPr>
        <w:rPr>
          <w:rFonts w:ascii="Arial" w:hAnsi="Arial" w:cs="Arial"/>
          <w:lang w:val="pl-PL"/>
        </w:rPr>
      </w:pPr>
      <w:r w:rsidRPr="00D84889">
        <w:rPr>
          <w:rFonts w:ascii="Arial" w:hAnsi="Arial" w:cs="Arial"/>
          <w:b/>
          <w:lang w:val="pl-PL"/>
        </w:rPr>
        <w:t>........................................................................</w:t>
      </w:r>
      <w:r w:rsidRPr="00D84889">
        <w:rPr>
          <w:rFonts w:ascii="Arial" w:hAnsi="Arial" w:cs="Arial"/>
          <w:lang w:val="pl-PL"/>
        </w:rPr>
        <w:br/>
        <w:t>Czytelny podpis osoby uprawnionej do reprezentowania Wykonawcy</w:t>
      </w:r>
    </w:p>
    <w:sectPr w:rsidR="00114349" w:rsidRPr="00D8488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6303F" w14:textId="77777777" w:rsidR="00243685" w:rsidRDefault="00243685">
      <w:pPr>
        <w:spacing w:after="0" w:line="240" w:lineRule="auto"/>
      </w:pPr>
      <w:r>
        <w:separator/>
      </w:r>
    </w:p>
  </w:endnote>
  <w:endnote w:type="continuationSeparator" w:id="0">
    <w:p w14:paraId="25D02741" w14:textId="77777777" w:rsidR="00243685" w:rsidRDefault="0024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2D0C" w14:textId="77777777" w:rsidR="00D1724A" w:rsidRDefault="00D172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9B523" w14:textId="77777777" w:rsidR="00114349" w:rsidRPr="00D1724A" w:rsidRDefault="00000000">
    <w:pPr>
      <w:pStyle w:val="Stopka"/>
      <w:jc w:val="center"/>
      <w:rPr>
        <w:rFonts w:ascii="Arial" w:hAnsi="Arial" w:cs="Arial"/>
      </w:rPr>
    </w:pPr>
    <w:r w:rsidRPr="00D1724A">
      <w:rPr>
        <w:rFonts w:ascii="Arial" w:hAnsi="Arial" w:cs="Arial"/>
        <w:sz w:val="16"/>
      </w:rPr>
      <w:t xml:space="preserve">Strona </w:t>
    </w:r>
    <w:r w:rsidRPr="00D1724A">
      <w:rPr>
        <w:rFonts w:ascii="Arial" w:hAnsi="Arial" w:cs="Arial"/>
        <w:sz w:val="16"/>
      </w:rPr>
      <w:fldChar w:fldCharType="begin"/>
    </w:r>
    <w:r w:rsidRPr="00D1724A">
      <w:rPr>
        <w:rFonts w:ascii="Arial" w:hAnsi="Arial" w:cs="Arial"/>
        <w:sz w:val="16"/>
      </w:rPr>
      <w:instrText>PAGE</w:instrText>
    </w:r>
    <w:r w:rsidRPr="00D1724A">
      <w:rPr>
        <w:rFonts w:ascii="Arial" w:hAnsi="Arial" w:cs="Arial"/>
        <w:sz w:val="16"/>
      </w:rPr>
      <w:fldChar w:fldCharType="separate"/>
    </w:r>
    <w:r w:rsidR="00D84889" w:rsidRPr="00D1724A">
      <w:rPr>
        <w:rFonts w:ascii="Arial" w:hAnsi="Arial" w:cs="Arial"/>
        <w:noProof/>
        <w:sz w:val="16"/>
      </w:rPr>
      <w:t>1</w:t>
    </w:r>
    <w:r w:rsidRPr="00D1724A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97A2" w14:textId="77777777" w:rsidR="00D1724A" w:rsidRDefault="00D172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7737" w14:textId="77777777" w:rsidR="00243685" w:rsidRDefault="00243685">
      <w:pPr>
        <w:spacing w:after="0" w:line="240" w:lineRule="auto"/>
      </w:pPr>
      <w:r>
        <w:separator/>
      </w:r>
    </w:p>
  </w:footnote>
  <w:footnote w:type="continuationSeparator" w:id="0">
    <w:p w14:paraId="5190512C" w14:textId="77777777" w:rsidR="00243685" w:rsidRDefault="0024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A11B" w14:textId="77777777" w:rsidR="00D1724A" w:rsidRDefault="00D172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67EA" w14:textId="77777777" w:rsidR="00D1724A" w:rsidRDefault="00D172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BCE5" w14:textId="77777777" w:rsidR="00D1724A" w:rsidRDefault="00D172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4230934">
    <w:abstractNumId w:val="8"/>
  </w:num>
  <w:num w:numId="2" w16cid:durableId="792672505">
    <w:abstractNumId w:val="6"/>
  </w:num>
  <w:num w:numId="3" w16cid:durableId="2044935752">
    <w:abstractNumId w:val="5"/>
  </w:num>
  <w:num w:numId="4" w16cid:durableId="1422340268">
    <w:abstractNumId w:val="4"/>
  </w:num>
  <w:num w:numId="5" w16cid:durableId="118382823">
    <w:abstractNumId w:val="7"/>
  </w:num>
  <w:num w:numId="6" w16cid:durableId="875197488">
    <w:abstractNumId w:val="3"/>
  </w:num>
  <w:num w:numId="7" w16cid:durableId="1513032799">
    <w:abstractNumId w:val="2"/>
  </w:num>
  <w:num w:numId="8" w16cid:durableId="711806924">
    <w:abstractNumId w:val="1"/>
  </w:num>
  <w:num w:numId="9" w16cid:durableId="84490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A1F"/>
    <w:rsid w:val="0006063C"/>
    <w:rsid w:val="00114349"/>
    <w:rsid w:val="0015074B"/>
    <w:rsid w:val="00242758"/>
    <w:rsid w:val="00243685"/>
    <w:rsid w:val="0029639D"/>
    <w:rsid w:val="002E6E07"/>
    <w:rsid w:val="00315D99"/>
    <w:rsid w:val="00326F90"/>
    <w:rsid w:val="00877A4B"/>
    <w:rsid w:val="009F3893"/>
    <w:rsid w:val="00AA1D8D"/>
    <w:rsid w:val="00B44123"/>
    <w:rsid w:val="00B47730"/>
    <w:rsid w:val="00CB0664"/>
    <w:rsid w:val="00D1724A"/>
    <w:rsid w:val="00D25878"/>
    <w:rsid w:val="00D84889"/>
    <w:rsid w:val="00E05CAA"/>
    <w:rsid w:val="00E657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C53EA"/>
  <w14:defaultImageDpi w14:val="300"/>
  <w15:docId w15:val="{3252F8D6-21C3-4DF0-8012-7F7C7459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40"/>
    </w:pPr>
    <w:rPr>
      <w:rFonts w:ascii="Aptos" w:hAnsi="Aptos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Formularz ofertowy</dc:title>
  <dc:subject>Zakup tabletów i akcesoriów na potrzeby sesji Rady Gminy w Pawłowie</dc:subject>
  <dc:creator>Urząd Gminy w Pawłowie</dc:creator>
  <cp:keywords>zapytanie ofertowe, tablety, Rada Gminy, Pawłów</cp:keywords>
  <cp:lastModifiedBy>Piotr Maj</cp:lastModifiedBy>
  <cp:revision>6</cp:revision>
  <dcterms:created xsi:type="dcterms:W3CDTF">2013-12-23T23:15:00Z</dcterms:created>
  <dcterms:modified xsi:type="dcterms:W3CDTF">2026-08-14T08:37:00Z</dcterms:modified>
  <cp:category/>
</cp:coreProperties>
</file>