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736F" w14:textId="60AABAC7" w:rsidR="00A366FB" w:rsidRDefault="00B272D1">
      <w:pPr>
        <w:jc w:val="center"/>
      </w:pPr>
      <w:r>
        <w:rPr>
          <w:b/>
        </w:rPr>
        <w:t>OBWIESZCZENIE Nr</w:t>
      </w:r>
      <w:r w:rsidR="00112440">
        <w:rPr>
          <w:b/>
        </w:rPr>
        <w:t xml:space="preserve"> 214</w:t>
      </w:r>
      <w:r>
        <w:rPr>
          <w:b/>
        </w:rPr>
        <w:t>/2026</w:t>
      </w:r>
    </w:p>
    <w:p w14:paraId="1B1C5825" w14:textId="77777777" w:rsidR="00A366FB" w:rsidRDefault="00B272D1">
      <w:pPr>
        <w:jc w:val="center"/>
      </w:pPr>
      <w:r>
        <w:rPr>
          <w:b/>
        </w:rPr>
        <w:t>WÓJTA GMINY PAWŁÓW</w:t>
      </w:r>
    </w:p>
    <w:p w14:paraId="296E4FB8" w14:textId="77777777" w:rsidR="00A366FB" w:rsidRDefault="00B272D1">
      <w:pPr>
        <w:jc w:val="center"/>
      </w:pPr>
      <w:r>
        <w:t xml:space="preserve">z </w:t>
      </w:r>
      <w:proofErr w:type="spellStart"/>
      <w:r>
        <w:t>dnia</w:t>
      </w:r>
      <w:proofErr w:type="spellEnd"/>
      <w:r>
        <w:t xml:space="preserve"> 29.10.2026 r.</w:t>
      </w:r>
    </w:p>
    <w:p w14:paraId="5CBF9FD9" w14:textId="77777777" w:rsidR="009D4256" w:rsidRDefault="009D4256">
      <w:pPr>
        <w:jc w:val="center"/>
      </w:pPr>
    </w:p>
    <w:p w14:paraId="07F51C3D" w14:textId="77777777" w:rsidR="00A366FB" w:rsidRDefault="00B272D1">
      <w:pPr>
        <w:jc w:val="center"/>
      </w:pPr>
      <w:r>
        <w:rPr>
          <w:b/>
        </w:rPr>
        <w:t xml:space="preserve">o </w:t>
      </w:r>
      <w:proofErr w:type="spellStart"/>
      <w:r>
        <w:rPr>
          <w:b/>
        </w:rPr>
        <w:t>przesłaniu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uzgodnień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projektu</w:t>
      </w:r>
      <w:proofErr w:type="spellEnd"/>
      <w:r>
        <w:rPr>
          <w:b/>
        </w:rPr>
        <w:t xml:space="preserve"> decyzji o </w:t>
      </w:r>
      <w:proofErr w:type="spellStart"/>
      <w:r>
        <w:rPr>
          <w:b/>
        </w:rPr>
        <w:t>ustaleniu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lokalizacji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inwestycji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celu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publicznego</w:t>
      </w:r>
      <w:proofErr w:type="spellEnd"/>
      <w:r>
        <w:rPr>
          <w:b/>
        </w:rPr>
        <w:t xml:space="preserve"> oraz o </w:t>
      </w:r>
      <w:proofErr w:type="spellStart"/>
      <w:r>
        <w:rPr>
          <w:b/>
        </w:rPr>
        <w:t>niezałatwieniu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sprawy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terminie</w:t>
      </w:r>
      <w:proofErr w:type="spellEnd"/>
    </w:p>
    <w:p w14:paraId="61491431" w14:textId="77777777" w:rsidR="00A366FB" w:rsidRDefault="00B272D1">
      <w:pPr>
        <w:jc w:val="both"/>
      </w:pPr>
      <w:r>
        <w:t>Znak: IGKiP.6733.7.2025</w:t>
      </w:r>
    </w:p>
    <w:p w14:paraId="4B98994E" w14:textId="77777777" w:rsidR="00A366FB" w:rsidRDefault="00B272D1">
      <w:pPr>
        <w:jc w:val="both"/>
      </w:pPr>
      <w:r>
        <w:t xml:space="preserve">Na </w:t>
      </w:r>
      <w:proofErr w:type="spellStart"/>
      <w:r>
        <w:t>podstawie</w:t>
      </w:r>
      <w:proofErr w:type="spellEnd"/>
      <w:r>
        <w:t xml:space="preserve"> art. 53 </w:t>
      </w:r>
      <w:proofErr w:type="spellStart"/>
      <w:r>
        <w:t>ust</w:t>
      </w:r>
      <w:proofErr w:type="spellEnd"/>
      <w:r>
        <w:t xml:space="preserve">. 1, </w:t>
      </w:r>
      <w:proofErr w:type="spellStart"/>
      <w:r>
        <w:t>ust</w:t>
      </w:r>
      <w:proofErr w:type="spellEnd"/>
      <w:r>
        <w:t xml:space="preserve">. 4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</w:t>
      </w:r>
      <w:proofErr w:type="spellEnd"/>
      <w:r>
        <w:t xml:space="preserve">. 5 </w:t>
      </w:r>
      <w:proofErr w:type="spellStart"/>
      <w:r>
        <w:t>ustawy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marca</w:t>
      </w:r>
      <w:proofErr w:type="spellEnd"/>
      <w:r>
        <w:t xml:space="preserve"> 2003 r. o </w:t>
      </w:r>
      <w:proofErr w:type="spellStart"/>
      <w:r>
        <w:t>planowaniu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zagospodarowaniu</w:t>
      </w:r>
      <w:proofErr w:type="spellEnd"/>
      <w:r>
        <w:t xml:space="preserve"> </w:t>
      </w:r>
      <w:proofErr w:type="spellStart"/>
      <w:r>
        <w:t>przestrzennym</w:t>
      </w:r>
      <w:proofErr w:type="spellEnd"/>
      <w:r>
        <w:t xml:space="preserve"> (Dz. U. z 2026 r. </w:t>
      </w:r>
      <w:proofErr w:type="spellStart"/>
      <w:r>
        <w:t>poz</w:t>
      </w:r>
      <w:proofErr w:type="spellEnd"/>
      <w:r>
        <w:t xml:space="preserve">. 538 ze </w:t>
      </w:r>
      <w:proofErr w:type="spellStart"/>
      <w:r>
        <w:t>zm</w:t>
      </w:r>
      <w:proofErr w:type="spellEnd"/>
      <w:r>
        <w:t xml:space="preserve">.) oraz art. 49, art. 36 § 1 </w:t>
      </w:r>
      <w:proofErr w:type="spellStart"/>
      <w:r>
        <w:t>i</w:t>
      </w:r>
      <w:proofErr w:type="spellEnd"/>
      <w:r>
        <w:t xml:space="preserve"> § 2 </w:t>
      </w:r>
      <w:proofErr w:type="spellStart"/>
      <w:r>
        <w:t>i</w:t>
      </w:r>
      <w:proofErr w:type="spellEnd"/>
      <w:r>
        <w:t xml:space="preserve"> art. 106 § 1 </w:t>
      </w:r>
      <w:proofErr w:type="spellStart"/>
      <w:r>
        <w:t>i</w:t>
      </w:r>
      <w:proofErr w:type="spellEnd"/>
      <w:r>
        <w:t xml:space="preserve"> § 2 </w:t>
      </w:r>
      <w:proofErr w:type="spellStart"/>
      <w:r>
        <w:t>ustawy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14 </w:t>
      </w:r>
      <w:proofErr w:type="spellStart"/>
      <w:r>
        <w:t>czerwca</w:t>
      </w:r>
      <w:proofErr w:type="spellEnd"/>
      <w:r>
        <w:t xml:space="preserve"> 1960 r. –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</w:t>
      </w:r>
      <w:proofErr w:type="spellStart"/>
      <w:r>
        <w:t>administracyjnego</w:t>
      </w:r>
      <w:proofErr w:type="spellEnd"/>
      <w:r>
        <w:t xml:space="preserve"> (Dz. U. z 2025 r. </w:t>
      </w:r>
      <w:proofErr w:type="spellStart"/>
      <w:r>
        <w:t>poz</w:t>
      </w:r>
      <w:proofErr w:type="spellEnd"/>
      <w:r>
        <w:t xml:space="preserve">. 1691),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postępowaniem</w:t>
      </w:r>
      <w:proofErr w:type="spellEnd"/>
      <w:r>
        <w:t xml:space="preserve"> </w:t>
      </w:r>
      <w:proofErr w:type="spellStart"/>
      <w:r>
        <w:t>prowadzonym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wniosek</w:t>
      </w:r>
      <w:proofErr w:type="spellEnd"/>
      <w:r>
        <w:t xml:space="preserve"> P4 Sp. z </w:t>
      </w:r>
      <w:proofErr w:type="spellStart"/>
      <w:r>
        <w:t>o.o.</w:t>
      </w:r>
      <w:proofErr w:type="spellEnd"/>
      <w:r>
        <w:t xml:space="preserve">, ul. </w:t>
      </w:r>
      <w:proofErr w:type="spellStart"/>
      <w:r>
        <w:t>Wynalazek</w:t>
      </w:r>
      <w:proofErr w:type="spellEnd"/>
      <w:r>
        <w:t xml:space="preserve"> 1, 02-677 Warszawa, </w:t>
      </w:r>
      <w:proofErr w:type="spellStart"/>
      <w:r>
        <w:t>reprezentowanej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pełnomocnika</w:t>
      </w:r>
      <w:proofErr w:type="spellEnd"/>
      <w:r>
        <w:t xml:space="preserve"> </w:t>
      </w:r>
      <w:proofErr w:type="spellStart"/>
      <w:r>
        <w:t>Pawła</w:t>
      </w:r>
      <w:proofErr w:type="spellEnd"/>
      <w:r>
        <w:t xml:space="preserve"> </w:t>
      </w:r>
      <w:proofErr w:type="spellStart"/>
      <w:r>
        <w:t>Ponikowskiego</w:t>
      </w:r>
      <w:proofErr w:type="spellEnd"/>
      <w:r>
        <w:t xml:space="preserve">, Up-Telecom Sp. z </w:t>
      </w:r>
      <w:proofErr w:type="spellStart"/>
      <w:r>
        <w:t>o.o.</w:t>
      </w:r>
      <w:proofErr w:type="spellEnd"/>
      <w:r>
        <w:t xml:space="preserve">, ul. </w:t>
      </w:r>
      <w:proofErr w:type="spellStart"/>
      <w:r>
        <w:t>Odkryta</w:t>
      </w:r>
      <w:proofErr w:type="spellEnd"/>
      <w:r>
        <w:t xml:space="preserve"> 36 </w:t>
      </w:r>
      <w:proofErr w:type="spellStart"/>
      <w:r>
        <w:t>lok</w:t>
      </w:r>
      <w:proofErr w:type="spellEnd"/>
      <w:r>
        <w:t>. 10, 0</w:t>
      </w:r>
      <w:r>
        <w:t xml:space="preserve">3-140 Warszawa, w </w:t>
      </w:r>
      <w:proofErr w:type="spellStart"/>
      <w:r>
        <w:t>sprawie</w:t>
      </w:r>
      <w:proofErr w:type="spellEnd"/>
      <w:r>
        <w:t xml:space="preserve"> </w:t>
      </w:r>
      <w:proofErr w:type="spellStart"/>
      <w:r w:rsidRPr="009D4256">
        <w:rPr>
          <w:b/>
          <w:bCs/>
        </w:rPr>
        <w:t>budowy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stacji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bazowej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telefonii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komórkowej</w:t>
      </w:r>
      <w:proofErr w:type="spellEnd"/>
      <w:r w:rsidRPr="009D4256">
        <w:rPr>
          <w:b/>
          <w:bCs/>
        </w:rPr>
        <w:t xml:space="preserve"> P4 „STC4422C” </w:t>
      </w:r>
      <w:proofErr w:type="spellStart"/>
      <w:r w:rsidRPr="009D4256">
        <w:rPr>
          <w:b/>
          <w:bCs/>
        </w:rPr>
        <w:t>wraz</w:t>
      </w:r>
      <w:proofErr w:type="spellEnd"/>
      <w:r w:rsidRPr="009D4256">
        <w:rPr>
          <w:b/>
          <w:bCs/>
        </w:rPr>
        <w:t xml:space="preserve"> z </w:t>
      </w:r>
      <w:proofErr w:type="spellStart"/>
      <w:r w:rsidRPr="009D4256">
        <w:rPr>
          <w:b/>
          <w:bCs/>
        </w:rPr>
        <w:t>niezbędną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infrastrukturą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techniczną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na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działce</w:t>
      </w:r>
      <w:proofErr w:type="spellEnd"/>
      <w:r w:rsidRPr="009D4256">
        <w:rPr>
          <w:b/>
          <w:bCs/>
        </w:rPr>
        <w:t xml:space="preserve"> nr ewid. 133 w </w:t>
      </w:r>
      <w:proofErr w:type="spellStart"/>
      <w:r w:rsidRPr="009D4256">
        <w:rPr>
          <w:b/>
          <w:bCs/>
        </w:rPr>
        <w:t>miejscowości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Modrzewie</w:t>
      </w:r>
      <w:proofErr w:type="spellEnd"/>
      <w:r w:rsidRPr="009D4256">
        <w:rPr>
          <w:b/>
          <w:bCs/>
        </w:rPr>
        <w:t xml:space="preserve">, </w:t>
      </w:r>
      <w:proofErr w:type="spellStart"/>
      <w:r w:rsidRPr="009D4256">
        <w:rPr>
          <w:b/>
          <w:bCs/>
        </w:rPr>
        <w:t>gmina</w:t>
      </w:r>
      <w:proofErr w:type="spellEnd"/>
      <w:r w:rsidRPr="009D4256">
        <w:rPr>
          <w:b/>
          <w:bCs/>
        </w:rPr>
        <w:t xml:space="preserve"> </w:t>
      </w:r>
      <w:proofErr w:type="spellStart"/>
      <w:r w:rsidRPr="009D4256">
        <w:rPr>
          <w:b/>
          <w:bCs/>
        </w:rPr>
        <w:t>Pawłów</w:t>
      </w:r>
      <w:proofErr w:type="spellEnd"/>
      <w:r w:rsidRPr="009D4256">
        <w:rPr>
          <w:b/>
          <w:bCs/>
        </w:rPr>
        <w:t xml:space="preserve"> (</w:t>
      </w:r>
      <w:proofErr w:type="spellStart"/>
      <w:r w:rsidRPr="009D4256">
        <w:rPr>
          <w:b/>
          <w:bCs/>
        </w:rPr>
        <w:t>obręb</w:t>
      </w:r>
      <w:proofErr w:type="spellEnd"/>
      <w:r w:rsidRPr="009D4256">
        <w:rPr>
          <w:b/>
          <w:bCs/>
        </w:rPr>
        <w:t xml:space="preserve"> 0024),</w:t>
      </w:r>
    </w:p>
    <w:p w14:paraId="383E28B1" w14:textId="77777777" w:rsidR="00A366FB" w:rsidRDefault="00B272D1">
      <w:pPr>
        <w:jc w:val="center"/>
      </w:pPr>
      <w:r>
        <w:rPr>
          <w:b/>
        </w:rPr>
        <w:t>WÓJT GMINY PAWŁÓW ZAWIADAMIA STRONY POSTĘPOWANIA</w:t>
      </w:r>
    </w:p>
    <w:p w14:paraId="43ABE298" w14:textId="77777777" w:rsidR="00A366FB" w:rsidRDefault="00B272D1">
      <w:pPr>
        <w:jc w:val="both"/>
      </w:pPr>
      <w:r>
        <w:t xml:space="preserve">1. W </w:t>
      </w:r>
      <w:proofErr w:type="spellStart"/>
      <w:r>
        <w:t>dniu</w:t>
      </w:r>
      <w:proofErr w:type="spellEnd"/>
      <w:r>
        <w:t xml:space="preserve"> 29.10.2026 r. organ </w:t>
      </w:r>
      <w:proofErr w:type="spellStart"/>
      <w:r>
        <w:t>wystąpił</w:t>
      </w:r>
      <w:proofErr w:type="spellEnd"/>
      <w:r>
        <w:t xml:space="preserve"> o </w:t>
      </w:r>
      <w:proofErr w:type="spellStart"/>
      <w:r>
        <w:t>uzgodnienie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decyzji do: </w:t>
      </w:r>
      <w:proofErr w:type="spellStart"/>
      <w:r>
        <w:t>Starosty</w:t>
      </w:r>
      <w:proofErr w:type="spellEnd"/>
      <w:r>
        <w:t xml:space="preserve"> </w:t>
      </w:r>
      <w:proofErr w:type="spellStart"/>
      <w:r>
        <w:t>Starachowickiego</w:t>
      </w:r>
      <w:proofErr w:type="spellEnd"/>
      <w:r>
        <w:t xml:space="preserve">, </w:t>
      </w:r>
      <w:proofErr w:type="spellStart"/>
      <w:r>
        <w:t>Dyrektora</w:t>
      </w:r>
      <w:proofErr w:type="spellEnd"/>
      <w:r>
        <w:t xml:space="preserve"> </w:t>
      </w:r>
      <w:proofErr w:type="spellStart"/>
      <w:r>
        <w:t>Zarządu</w:t>
      </w:r>
      <w:proofErr w:type="spellEnd"/>
      <w:r>
        <w:t xml:space="preserve"> </w:t>
      </w:r>
      <w:proofErr w:type="spellStart"/>
      <w:r>
        <w:t>Zlewni</w:t>
      </w:r>
      <w:proofErr w:type="spellEnd"/>
      <w:r>
        <w:t xml:space="preserve"> PGW </w:t>
      </w:r>
      <w:proofErr w:type="spellStart"/>
      <w:r>
        <w:t>Wody</w:t>
      </w:r>
      <w:proofErr w:type="spellEnd"/>
      <w:r>
        <w:t xml:space="preserve"> Polskie w Radomiu, </w:t>
      </w:r>
      <w:proofErr w:type="spellStart"/>
      <w:r>
        <w:t>Dyrektora</w:t>
      </w:r>
      <w:proofErr w:type="spellEnd"/>
      <w:r>
        <w:t xml:space="preserve"> </w:t>
      </w:r>
      <w:proofErr w:type="spellStart"/>
      <w:r>
        <w:t>Świętokrzyskiego</w:t>
      </w:r>
      <w:proofErr w:type="spellEnd"/>
      <w:r>
        <w:t xml:space="preserve"> </w:t>
      </w:r>
      <w:proofErr w:type="spellStart"/>
      <w:r>
        <w:t>Parku</w:t>
      </w:r>
      <w:proofErr w:type="spellEnd"/>
      <w:r>
        <w:t xml:space="preserve"> </w:t>
      </w:r>
      <w:proofErr w:type="spellStart"/>
      <w:r>
        <w:t>Narodowego</w:t>
      </w:r>
      <w:proofErr w:type="spellEnd"/>
      <w:r>
        <w:t xml:space="preserve"> w Bodzentynie oraz </w:t>
      </w:r>
      <w:proofErr w:type="spellStart"/>
      <w:r>
        <w:t>Państwowego</w:t>
      </w:r>
      <w:proofErr w:type="spellEnd"/>
      <w:r>
        <w:t xml:space="preserve"> </w:t>
      </w:r>
      <w:proofErr w:type="spellStart"/>
      <w:r>
        <w:t>Powiatowego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Sanitarnego</w:t>
      </w:r>
      <w:proofErr w:type="spellEnd"/>
      <w:r>
        <w:t xml:space="preserve"> w Starachowicach.</w:t>
      </w:r>
    </w:p>
    <w:p w14:paraId="3420C852" w14:textId="77777777" w:rsidR="00A366FB" w:rsidRDefault="00B272D1">
      <w:pPr>
        <w:jc w:val="both"/>
      </w:pPr>
      <w:r>
        <w:t xml:space="preserve">2. </w:t>
      </w:r>
      <w:proofErr w:type="spellStart"/>
      <w:r>
        <w:t>Postępowanie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zostanie</w:t>
      </w:r>
      <w:proofErr w:type="spellEnd"/>
      <w:r>
        <w:t xml:space="preserve"> </w:t>
      </w:r>
      <w:proofErr w:type="spellStart"/>
      <w:r>
        <w:t>zakończone</w:t>
      </w:r>
      <w:proofErr w:type="spellEnd"/>
      <w:r>
        <w:t xml:space="preserve"> w </w:t>
      </w:r>
      <w:proofErr w:type="spellStart"/>
      <w:r>
        <w:t>terminie</w:t>
      </w:r>
      <w:proofErr w:type="spellEnd"/>
      <w:r>
        <w:t xml:space="preserve"> </w:t>
      </w:r>
      <w:proofErr w:type="spellStart"/>
      <w:r>
        <w:t>wskazanym</w:t>
      </w:r>
      <w:proofErr w:type="spellEnd"/>
      <w:r>
        <w:t xml:space="preserve"> w </w:t>
      </w:r>
      <w:proofErr w:type="spellStart"/>
      <w:r>
        <w:t>postanowieniu</w:t>
      </w:r>
      <w:proofErr w:type="spellEnd"/>
      <w:r>
        <w:t xml:space="preserve"> </w:t>
      </w:r>
      <w:proofErr w:type="spellStart"/>
      <w:r>
        <w:t>Samorządowego</w:t>
      </w:r>
      <w:proofErr w:type="spellEnd"/>
      <w:r>
        <w:t xml:space="preserve"> </w:t>
      </w:r>
      <w:proofErr w:type="spellStart"/>
      <w:r>
        <w:t>Kolegium</w:t>
      </w:r>
      <w:proofErr w:type="spellEnd"/>
      <w:r>
        <w:t xml:space="preserve"> </w:t>
      </w:r>
      <w:proofErr w:type="spellStart"/>
      <w:r>
        <w:t>Odwoławczego</w:t>
      </w:r>
      <w:proofErr w:type="spellEnd"/>
      <w:r>
        <w:t xml:space="preserve"> w Kielcach z </w:t>
      </w:r>
      <w:proofErr w:type="spellStart"/>
      <w:r>
        <w:t>dnia</w:t>
      </w:r>
      <w:proofErr w:type="spellEnd"/>
      <w:r>
        <w:t xml:space="preserve"> 14 </w:t>
      </w:r>
      <w:proofErr w:type="spellStart"/>
      <w:r>
        <w:t>września</w:t>
      </w:r>
      <w:proofErr w:type="spellEnd"/>
      <w:r>
        <w:t xml:space="preserve"> 2026 r., </w:t>
      </w:r>
      <w:proofErr w:type="spellStart"/>
      <w:r>
        <w:t>znak</w:t>
      </w:r>
      <w:proofErr w:type="spellEnd"/>
      <w:r>
        <w:t xml:space="preserve">: SKO.PZ-71/3608/900/2026. </w:t>
      </w:r>
      <w:proofErr w:type="spellStart"/>
      <w:r>
        <w:t>Przyczyną</w:t>
      </w:r>
      <w:proofErr w:type="spellEnd"/>
      <w:r>
        <w:t xml:space="preserve"> </w:t>
      </w:r>
      <w:proofErr w:type="spellStart"/>
      <w:r>
        <w:t>niedotrzymania</w:t>
      </w:r>
      <w:proofErr w:type="spellEnd"/>
      <w:r>
        <w:t xml:space="preserve"> </w:t>
      </w:r>
      <w:proofErr w:type="spellStart"/>
      <w:r>
        <w:t>terminu</w:t>
      </w:r>
      <w:proofErr w:type="spellEnd"/>
      <w:r>
        <w:t xml:space="preserve"> jest </w:t>
      </w:r>
      <w:proofErr w:type="spellStart"/>
      <w:r>
        <w:t>znaczne</w:t>
      </w:r>
      <w:proofErr w:type="spellEnd"/>
      <w:r>
        <w:t xml:space="preserve"> </w:t>
      </w:r>
      <w:proofErr w:type="spellStart"/>
      <w:r>
        <w:t>obciążenie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związane</w:t>
      </w:r>
      <w:proofErr w:type="spellEnd"/>
      <w:r>
        <w:t xml:space="preserve"> ze </w:t>
      </w:r>
      <w:proofErr w:type="spellStart"/>
      <w:r>
        <w:t>zwiększoną</w:t>
      </w:r>
      <w:proofErr w:type="spellEnd"/>
      <w:r>
        <w:t xml:space="preserve"> </w:t>
      </w:r>
      <w:proofErr w:type="spellStart"/>
      <w:r>
        <w:t>liczbą</w:t>
      </w:r>
      <w:proofErr w:type="spellEnd"/>
      <w:r>
        <w:t xml:space="preserve"> </w:t>
      </w:r>
      <w:proofErr w:type="spellStart"/>
      <w:r>
        <w:t>prowadzonych</w:t>
      </w:r>
      <w:proofErr w:type="spellEnd"/>
      <w:r>
        <w:t xml:space="preserve"> </w:t>
      </w:r>
      <w:proofErr w:type="spellStart"/>
      <w:r>
        <w:t>postępowań</w:t>
      </w:r>
      <w:proofErr w:type="spellEnd"/>
      <w:r>
        <w:t xml:space="preserve"> </w:t>
      </w:r>
      <w:proofErr w:type="spellStart"/>
      <w:r>
        <w:t>administracyjnych</w:t>
      </w:r>
      <w:proofErr w:type="spellEnd"/>
      <w:r>
        <w:t xml:space="preserve"> z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planowania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zagospodarowania</w:t>
      </w:r>
      <w:proofErr w:type="spellEnd"/>
      <w:r>
        <w:t xml:space="preserve"> przestrzennego oraz </w:t>
      </w:r>
      <w:proofErr w:type="spellStart"/>
      <w:r>
        <w:t>równoległą</w:t>
      </w:r>
      <w:proofErr w:type="spellEnd"/>
      <w:r>
        <w:t xml:space="preserve">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obowiązków</w:t>
      </w:r>
      <w:proofErr w:type="spellEnd"/>
      <w:r>
        <w:t xml:space="preserve"> </w:t>
      </w:r>
      <w:proofErr w:type="spellStart"/>
      <w:r>
        <w:t>dotyczących</w:t>
      </w:r>
      <w:proofErr w:type="spellEnd"/>
      <w:r>
        <w:t xml:space="preserve"> </w:t>
      </w:r>
      <w:proofErr w:type="spellStart"/>
      <w:r>
        <w:t>procedur</w:t>
      </w:r>
      <w:proofErr w:type="spellEnd"/>
      <w:r>
        <w:t xml:space="preserve"> </w:t>
      </w:r>
      <w:proofErr w:type="spellStart"/>
      <w:r>
        <w:t>planistycznych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sporządzania</w:t>
      </w:r>
      <w:proofErr w:type="spellEnd"/>
      <w:r>
        <w:t xml:space="preserve"> </w:t>
      </w:r>
      <w:proofErr w:type="spellStart"/>
      <w:r>
        <w:t>miejscowych</w:t>
      </w:r>
      <w:proofErr w:type="spellEnd"/>
      <w:r>
        <w:t xml:space="preserve"> </w:t>
      </w:r>
      <w:proofErr w:type="spellStart"/>
      <w:r>
        <w:t>planów</w:t>
      </w:r>
      <w:proofErr w:type="spellEnd"/>
      <w:r>
        <w:t xml:space="preserve"> </w:t>
      </w:r>
      <w:proofErr w:type="spellStart"/>
      <w:r>
        <w:t>zagospodarowania</w:t>
      </w:r>
      <w:proofErr w:type="spellEnd"/>
      <w:r>
        <w:t xml:space="preserve"> prze</w:t>
      </w:r>
      <w:r>
        <w:t>strzennego.</w:t>
      </w:r>
    </w:p>
    <w:p w14:paraId="68B1C93A" w14:textId="77777777" w:rsidR="00A366FB" w:rsidRDefault="00B272D1">
      <w:pPr>
        <w:jc w:val="both"/>
      </w:pPr>
      <w:r>
        <w:t xml:space="preserve">3. Na </w:t>
      </w:r>
      <w:proofErr w:type="spellStart"/>
      <w:r>
        <w:t>podstawie</w:t>
      </w:r>
      <w:proofErr w:type="spellEnd"/>
      <w:r>
        <w:t xml:space="preserve"> art. 36 § 1 </w:t>
      </w:r>
      <w:proofErr w:type="spellStart"/>
      <w:r>
        <w:t>k.p.a</w:t>
      </w:r>
      <w:proofErr w:type="spellEnd"/>
      <w:r>
        <w:t xml:space="preserve">. </w:t>
      </w:r>
      <w:proofErr w:type="spellStart"/>
      <w:r>
        <w:t>wskazuje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nowy</w:t>
      </w:r>
      <w:proofErr w:type="spellEnd"/>
      <w:r>
        <w:t xml:space="preserve"> </w:t>
      </w:r>
      <w:proofErr w:type="spellStart"/>
      <w:r>
        <w:t>termin</w:t>
      </w:r>
      <w:proofErr w:type="spellEnd"/>
      <w:r>
        <w:t xml:space="preserve"> </w:t>
      </w:r>
      <w:proofErr w:type="spellStart"/>
      <w:r>
        <w:t>załatwienia</w:t>
      </w:r>
      <w:proofErr w:type="spellEnd"/>
      <w:r>
        <w:t xml:space="preserve"> </w:t>
      </w:r>
      <w:proofErr w:type="spellStart"/>
      <w:r>
        <w:t>sprawy</w:t>
      </w:r>
      <w:proofErr w:type="spellEnd"/>
      <w:r>
        <w:t xml:space="preserve">: do </w:t>
      </w:r>
      <w:proofErr w:type="spellStart"/>
      <w:r>
        <w:t>dnia</w:t>
      </w:r>
      <w:proofErr w:type="spellEnd"/>
      <w:r>
        <w:t xml:space="preserve"> 27.11.2026 r. Organ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podejmował</w:t>
      </w:r>
      <w:proofErr w:type="spellEnd"/>
      <w:r>
        <w:t xml:space="preserve"> </w:t>
      </w:r>
      <w:proofErr w:type="spellStart"/>
      <w:r>
        <w:t>dalsze</w:t>
      </w:r>
      <w:proofErr w:type="spellEnd"/>
      <w:r>
        <w:t xml:space="preserve"> </w:t>
      </w:r>
      <w:proofErr w:type="spellStart"/>
      <w:r>
        <w:t>czynności</w:t>
      </w:r>
      <w:proofErr w:type="spellEnd"/>
      <w:r>
        <w:t xml:space="preserve"> bez </w:t>
      </w:r>
      <w:proofErr w:type="spellStart"/>
      <w:r>
        <w:t>zbędnej</w:t>
      </w:r>
      <w:proofErr w:type="spellEnd"/>
      <w:r>
        <w:t xml:space="preserve"> </w:t>
      </w:r>
      <w:proofErr w:type="spellStart"/>
      <w:r>
        <w:t>zwłoki</w:t>
      </w:r>
      <w:proofErr w:type="spellEnd"/>
      <w:r>
        <w:t>.</w:t>
      </w:r>
    </w:p>
    <w:p w14:paraId="0781B54D" w14:textId="77777777" w:rsidR="00A366FB" w:rsidRDefault="00B272D1">
      <w:pPr>
        <w:jc w:val="center"/>
      </w:pPr>
      <w:r>
        <w:rPr>
          <w:b/>
        </w:rPr>
        <w:t>POUCZENIE</w:t>
      </w:r>
    </w:p>
    <w:p w14:paraId="16150EC9" w14:textId="77777777" w:rsidR="00A366FB" w:rsidRDefault="00B272D1">
      <w:pPr>
        <w:jc w:val="both"/>
      </w:pPr>
      <w:proofErr w:type="spellStart"/>
      <w:r>
        <w:t>Zgodnie</w:t>
      </w:r>
      <w:proofErr w:type="spellEnd"/>
      <w:r>
        <w:t xml:space="preserve"> z art. 37 § 1 </w:t>
      </w:r>
      <w:proofErr w:type="spellStart"/>
      <w:r>
        <w:t>k.p.a</w:t>
      </w:r>
      <w:proofErr w:type="spellEnd"/>
      <w:r>
        <w:t xml:space="preserve">. stronie </w:t>
      </w:r>
      <w:proofErr w:type="spellStart"/>
      <w:r>
        <w:t>służy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ponaglenia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sprawa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została</w:t>
      </w:r>
      <w:proofErr w:type="spellEnd"/>
      <w:r>
        <w:t xml:space="preserve"> </w:t>
      </w:r>
      <w:proofErr w:type="spellStart"/>
      <w:r>
        <w:t>załatwiona</w:t>
      </w:r>
      <w:proofErr w:type="spellEnd"/>
      <w:r>
        <w:t xml:space="preserve"> w </w:t>
      </w:r>
      <w:proofErr w:type="spellStart"/>
      <w:r>
        <w:t>terminie</w:t>
      </w:r>
      <w:proofErr w:type="spellEnd"/>
      <w:r>
        <w:t xml:space="preserve"> (</w:t>
      </w:r>
      <w:proofErr w:type="spellStart"/>
      <w:r>
        <w:t>bezczynność</w:t>
      </w:r>
      <w:proofErr w:type="spellEnd"/>
      <w:r>
        <w:t xml:space="preserve">)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postępowanie</w:t>
      </w:r>
      <w:proofErr w:type="spellEnd"/>
      <w:r>
        <w:t xml:space="preserve"> jest </w:t>
      </w:r>
      <w:proofErr w:type="spellStart"/>
      <w:r>
        <w:t>prowadzone</w:t>
      </w:r>
      <w:proofErr w:type="spellEnd"/>
      <w:r>
        <w:t xml:space="preserve"> </w:t>
      </w:r>
      <w:proofErr w:type="spellStart"/>
      <w:r>
        <w:t>dłużej</w:t>
      </w:r>
      <w:proofErr w:type="spellEnd"/>
      <w:r>
        <w:t xml:space="preserve">, </w:t>
      </w:r>
      <w:proofErr w:type="spellStart"/>
      <w:r>
        <w:t>niż</w:t>
      </w:r>
      <w:proofErr w:type="spellEnd"/>
      <w:r>
        <w:t xml:space="preserve"> jest to </w:t>
      </w:r>
      <w:proofErr w:type="spellStart"/>
      <w:r>
        <w:t>niezbędne</w:t>
      </w:r>
      <w:proofErr w:type="spellEnd"/>
      <w:r>
        <w:t xml:space="preserve"> (</w:t>
      </w:r>
      <w:proofErr w:type="spellStart"/>
      <w:r>
        <w:t>przewlekłość</w:t>
      </w:r>
      <w:proofErr w:type="spellEnd"/>
      <w:r>
        <w:t xml:space="preserve">). </w:t>
      </w:r>
      <w:proofErr w:type="spellStart"/>
      <w:r>
        <w:t>Ponaglenie</w:t>
      </w:r>
      <w:proofErr w:type="spellEnd"/>
      <w:r>
        <w:t xml:space="preserve"> </w:t>
      </w:r>
      <w:proofErr w:type="spellStart"/>
      <w:r>
        <w:t>wnosi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Samorządowego</w:t>
      </w:r>
      <w:proofErr w:type="spellEnd"/>
      <w:r>
        <w:t xml:space="preserve"> </w:t>
      </w:r>
      <w:proofErr w:type="spellStart"/>
      <w:r>
        <w:t>Kolegium</w:t>
      </w:r>
      <w:proofErr w:type="spellEnd"/>
      <w:r>
        <w:t xml:space="preserve"> </w:t>
      </w:r>
      <w:proofErr w:type="spellStart"/>
      <w:r>
        <w:t>Odwoławczego</w:t>
      </w:r>
      <w:proofErr w:type="spellEnd"/>
      <w:r>
        <w:t xml:space="preserve"> w Kielcach za </w:t>
      </w:r>
      <w:proofErr w:type="spellStart"/>
      <w:r>
        <w:t>pośrednictwem</w:t>
      </w:r>
      <w:proofErr w:type="spellEnd"/>
      <w:r>
        <w:t xml:space="preserve"> </w:t>
      </w:r>
      <w:proofErr w:type="spellStart"/>
      <w:r>
        <w:t>Wójta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Pawłów</w:t>
      </w:r>
      <w:proofErr w:type="spellEnd"/>
      <w:r>
        <w:t>.</w:t>
      </w:r>
    </w:p>
    <w:p w14:paraId="40E4F742" w14:textId="77777777" w:rsidR="00A366FB" w:rsidRDefault="00B272D1">
      <w:pPr>
        <w:jc w:val="both"/>
      </w:pPr>
      <w:proofErr w:type="spellStart"/>
      <w:r>
        <w:t>Niniejsze</w:t>
      </w:r>
      <w:proofErr w:type="spellEnd"/>
      <w:r>
        <w:t xml:space="preserve"> </w:t>
      </w:r>
      <w:proofErr w:type="spellStart"/>
      <w:r>
        <w:t>obwieszczenie</w:t>
      </w:r>
      <w:proofErr w:type="spellEnd"/>
      <w:r>
        <w:t xml:space="preserve"> </w:t>
      </w:r>
      <w:proofErr w:type="spellStart"/>
      <w:r>
        <w:t>zamieszcza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tablicy</w:t>
      </w:r>
      <w:proofErr w:type="spellEnd"/>
      <w:r>
        <w:t xml:space="preserve"> </w:t>
      </w:r>
      <w:proofErr w:type="spellStart"/>
      <w:r>
        <w:t>ogłoszeń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w Pawłowie, </w:t>
      </w:r>
      <w:proofErr w:type="spellStart"/>
      <w:r>
        <w:t>tablicy</w:t>
      </w:r>
      <w:proofErr w:type="spellEnd"/>
      <w:r>
        <w:t xml:space="preserve"> </w:t>
      </w:r>
      <w:proofErr w:type="spellStart"/>
      <w:r>
        <w:t>ogłoszeń</w:t>
      </w:r>
      <w:proofErr w:type="spellEnd"/>
      <w:r>
        <w:t xml:space="preserve"> </w:t>
      </w:r>
      <w:proofErr w:type="spellStart"/>
      <w:r>
        <w:t>sołectwa</w:t>
      </w:r>
      <w:proofErr w:type="spellEnd"/>
      <w:r>
        <w:t xml:space="preserve"> </w:t>
      </w:r>
      <w:proofErr w:type="spellStart"/>
      <w:r>
        <w:t>Modrzewie</w:t>
      </w:r>
      <w:proofErr w:type="spellEnd"/>
      <w:r>
        <w:t xml:space="preserve"> oraz </w:t>
      </w:r>
      <w:proofErr w:type="spellStart"/>
      <w:r>
        <w:t>na</w:t>
      </w:r>
      <w:proofErr w:type="spellEnd"/>
      <w:r>
        <w:t xml:space="preserve"> stronie </w:t>
      </w:r>
      <w:proofErr w:type="spellStart"/>
      <w:r>
        <w:t>internetowej</w:t>
      </w:r>
      <w:proofErr w:type="spellEnd"/>
      <w:r>
        <w:t xml:space="preserve"> www.bip.pawlow.pl.</w:t>
      </w:r>
    </w:p>
    <w:p w14:paraId="0F12CD10" w14:textId="77777777" w:rsidR="009D4256" w:rsidRDefault="009D4256" w:rsidP="009D4256">
      <w:pPr>
        <w:spacing w:after="0"/>
        <w:jc w:val="both"/>
        <w:rPr>
          <w:lang w:val="pl-PL"/>
        </w:rPr>
      </w:pPr>
    </w:p>
    <w:p w14:paraId="5B5EC0B5" w14:textId="5ADDEE7B" w:rsidR="009D4256" w:rsidRPr="009D4256" w:rsidRDefault="009D4256" w:rsidP="009D4256">
      <w:pPr>
        <w:spacing w:after="0"/>
        <w:ind w:firstLine="720"/>
        <w:jc w:val="both"/>
        <w:rPr>
          <w:lang w:val="pl-PL"/>
        </w:rPr>
      </w:pPr>
      <w:r w:rsidRPr="009D4256">
        <w:rPr>
          <w:lang w:val="pl-PL"/>
        </w:rPr>
        <w:t>Niniejsze obwieszczenie zamieszczono na:</w:t>
      </w:r>
    </w:p>
    <w:p w14:paraId="5D13CA9A" w14:textId="77777777" w:rsidR="009D4256" w:rsidRPr="009D4256" w:rsidRDefault="009D4256" w:rsidP="009D4256">
      <w:pPr>
        <w:numPr>
          <w:ilvl w:val="0"/>
          <w:numId w:val="10"/>
        </w:numPr>
        <w:spacing w:after="0"/>
        <w:jc w:val="both"/>
        <w:rPr>
          <w:lang w:val="pl-PL"/>
        </w:rPr>
      </w:pPr>
      <w:r w:rsidRPr="009D4256">
        <w:rPr>
          <w:lang w:val="pl-PL"/>
        </w:rPr>
        <w:t> Tablicy ogłoszeń Urzędu Gminy w Pawłowie</w:t>
      </w:r>
    </w:p>
    <w:p w14:paraId="5B505088" w14:textId="77777777" w:rsidR="009D4256" w:rsidRPr="009D4256" w:rsidRDefault="009D4256" w:rsidP="009D4256">
      <w:pPr>
        <w:numPr>
          <w:ilvl w:val="0"/>
          <w:numId w:val="10"/>
        </w:numPr>
        <w:spacing w:after="0"/>
        <w:jc w:val="both"/>
        <w:rPr>
          <w:lang w:val="pl-PL"/>
        </w:rPr>
      </w:pPr>
      <w:r w:rsidRPr="009D4256">
        <w:rPr>
          <w:lang w:val="pl-PL"/>
        </w:rPr>
        <w:t xml:space="preserve"> Tablicy ogłoszeń sołectwa Modrzewie</w:t>
      </w:r>
    </w:p>
    <w:p w14:paraId="332E6266" w14:textId="77777777" w:rsidR="009D4256" w:rsidRDefault="009D4256" w:rsidP="009D4256">
      <w:pPr>
        <w:numPr>
          <w:ilvl w:val="0"/>
          <w:numId w:val="10"/>
        </w:numPr>
        <w:spacing w:after="0"/>
        <w:jc w:val="both"/>
        <w:rPr>
          <w:lang w:val="pl-PL"/>
        </w:rPr>
      </w:pPr>
      <w:r w:rsidRPr="009D4256">
        <w:rPr>
          <w:lang w:val="pl-PL"/>
        </w:rPr>
        <w:t xml:space="preserve"> Na stronie internetowej </w:t>
      </w:r>
      <w:hyperlink r:id="rId6" w:history="1">
        <w:r w:rsidRPr="009D4256">
          <w:rPr>
            <w:rStyle w:val="Hipercze"/>
            <w:lang w:val="pl-PL"/>
          </w:rPr>
          <w:t>www.bip.pawlow.pl</w:t>
        </w:r>
      </w:hyperlink>
      <w:r w:rsidRPr="009D4256">
        <w:rPr>
          <w:lang w:val="pl-PL"/>
        </w:rPr>
        <w:t xml:space="preserve"> </w:t>
      </w:r>
    </w:p>
    <w:p w14:paraId="59431D16" w14:textId="6BFB8C43" w:rsidR="00A366FB" w:rsidRPr="00B66005" w:rsidRDefault="009D4256" w:rsidP="009D4256">
      <w:pPr>
        <w:spacing w:after="200"/>
        <w:rPr>
          <w:lang w:val="pl-PL"/>
        </w:rPr>
      </w:pPr>
      <w:r>
        <w:rPr>
          <w:lang w:val="pl-PL"/>
        </w:rPr>
        <w:br w:type="page"/>
      </w:r>
    </w:p>
    <w:sectPr w:rsidR="00A366FB" w:rsidRPr="00B66005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2351D2"/>
    <w:multiLevelType w:val="hybridMultilevel"/>
    <w:tmpl w:val="54F0F4F6"/>
    <w:lvl w:ilvl="0" w:tplc="819E01A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539358">
    <w:abstractNumId w:val="8"/>
  </w:num>
  <w:num w:numId="2" w16cid:durableId="1535772572">
    <w:abstractNumId w:val="6"/>
  </w:num>
  <w:num w:numId="3" w16cid:durableId="1317418568">
    <w:abstractNumId w:val="5"/>
  </w:num>
  <w:num w:numId="4" w16cid:durableId="1984653874">
    <w:abstractNumId w:val="4"/>
  </w:num>
  <w:num w:numId="5" w16cid:durableId="769592214">
    <w:abstractNumId w:val="7"/>
  </w:num>
  <w:num w:numId="6" w16cid:durableId="425346840">
    <w:abstractNumId w:val="3"/>
  </w:num>
  <w:num w:numId="7" w16cid:durableId="70589153">
    <w:abstractNumId w:val="2"/>
  </w:num>
  <w:num w:numId="8" w16cid:durableId="1217818894">
    <w:abstractNumId w:val="1"/>
  </w:num>
  <w:num w:numId="9" w16cid:durableId="679963547">
    <w:abstractNumId w:val="0"/>
  </w:num>
  <w:num w:numId="10" w16cid:durableId="8168043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440"/>
    <w:rsid w:val="0015074B"/>
    <w:rsid w:val="0029639D"/>
    <w:rsid w:val="00323C1D"/>
    <w:rsid w:val="00326F90"/>
    <w:rsid w:val="009D4256"/>
    <w:rsid w:val="00A366FB"/>
    <w:rsid w:val="00AA1D8D"/>
    <w:rsid w:val="00B272D1"/>
    <w:rsid w:val="00B47730"/>
    <w:rsid w:val="00B66005"/>
    <w:rsid w:val="00CB0664"/>
    <w:rsid w:val="00D408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0682AD"/>
  <w14:defaultImageDpi w14:val="300"/>
  <w15:docId w15:val="{9E096B39-52B9-4079-BF83-B5C3732C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D425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42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pawl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382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Lesińska</cp:lastModifiedBy>
  <cp:revision>3</cp:revision>
  <dcterms:created xsi:type="dcterms:W3CDTF">2013-12-23T23:15:00Z</dcterms:created>
  <dcterms:modified xsi:type="dcterms:W3CDTF">2026-10-29T13:41:00Z</dcterms:modified>
  <cp:category/>
</cp:coreProperties>
</file>