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D21A" w14:textId="77777777" w:rsidR="00804731" w:rsidRPr="006D0988" w:rsidRDefault="00804731">
      <w:pPr>
        <w:rPr>
          <w:lang w:val="pl-PL"/>
        </w:rPr>
      </w:pPr>
    </w:p>
    <w:p w14:paraId="50A833D8" w14:textId="3F895064" w:rsidR="00804731" w:rsidRPr="00144D56" w:rsidRDefault="00000000">
      <w:pPr>
        <w:spacing w:after="40"/>
        <w:jc w:val="center"/>
        <w:rPr>
          <w:lang w:val="pl-PL"/>
        </w:rPr>
      </w:pPr>
      <w:r w:rsidRPr="00144D56">
        <w:rPr>
          <w:b/>
          <w:sz w:val="24"/>
          <w:lang w:val="pl-PL"/>
        </w:rPr>
        <w:t xml:space="preserve">Zarządzenie Nr </w:t>
      </w:r>
      <w:r w:rsidR="00514A47" w:rsidRPr="00144D56">
        <w:rPr>
          <w:b/>
          <w:sz w:val="24"/>
          <w:lang w:val="pl-PL"/>
        </w:rPr>
        <w:t>21</w:t>
      </w:r>
      <w:r w:rsidR="00E812E1">
        <w:rPr>
          <w:b/>
          <w:sz w:val="24"/>
          <w:lang w:val="pl-PL"/>
        </w:rPr>
        <w:t>9</w:t>
      </w:r>
      <w:r w:rsidRPr="00144D56">
        <w:rPr>
          <w:b/>
          <w:sz w:val="24"/>
          <w:lang w:val="pl-PL"/>
        </w:rPr>
        <w:t>/2026</w:t>
      </w:r>
    </w:p>
    <w:p w14:paraId="5FD9BDCF" w14:textId="77777777" w:rsidR="00804731" w:rsidRPr="00144D56" w:rsidRDefault="00000000">
      <w:pPr>
        <w:spacing w:after="40"/>
        <w:jc w:val="center"/>
        <w:rPr>
          <w:lang w:val="pl-PL"/>
        </w:rPr>
      </w:pPr>
      <w:r w:rsidRPr="00144D56">
        <w:rPr>
          <w:b/>
          <w:sz w:val="24"/>
          <w:lang w:val="pl-PL"/>
        </w:rPr>
        <w:t>Wójta Gminy Pawłów</w:t>
      </w:r>
    </w:p>
    <w:p w14:paraId="3F538DF5" w14:textId="325C893C" w:rsidR="00804731" w:rsidRPr="00E812E1" w:rsidRDefault="00000000">
      <w:pPr>
        <w:spacing w:after="160"/>
        <w:jc w:val="center"/>
        <w:rPr>
          <w:lang w:val="pl-PL"/>
        </w:rPr>
      </w:pPr>
      <w:r w:rsidRPr="00D60CB1">
        <w:rPr>
          <w:color w:val="000000"/>
          <w:sz w:val="22"/>
          <w:lang w:val="pl-PL"/>
        </w:rPr>
        <w:t xml:space="preserve">z </w:t>
      </w:r>
      <w:r w:rsidRPr="00E812E1">
        <w:rPr>
          <w:sz w:val="22"/>
          <w:lang w:val="pl-PL"/>
        </w:rPr>
        <w:t xml:space="preserve">dnia </w:t>
      </w:r>
      <w:r w:rsidR="00E812E1">
        <w:rPr>
          <w:sz w:val="22"/>
          <w:lang w:val="pl-PL"/>
        </w:rPr>
        <w:t>5</w:t>
      </w:r>
      <w:r w:rsidRPr="00E812E1">
        <w:rPr>
          <w:sz w:val="22"/>
          <w:lang w:val="pl-PL"/>
        </w:rPr>
        <w:t xml:space="preserve"> listopada 2026 r.</w:t>
      </w:r>
    </w:p>
    <w:p w14:paraId="0379CF18" w14:textId="77777777" w:rsidR="00804731" w:rsidRPr="006D0988" w:rsidRDefault="00000000">
      <w:pPr>
        <w:spacing w:after="200"/>
        <w:jc w:val="center"/>
        <w:rPr>
          <w:lang w:val="pl-PL"/>
        </w:rPr>
      </w:pPr>
      <w:r w:rsidRPr="00E812E1">
        <w:rPr>
          <w:lang w:val="pl-PL"/>
        </w:rPr>
        <w:t xml:space="preserve">w sprawie ogłoszenia naboru na wolne kierownicze </w:t>
      </w:r>
      <w:r w:rsidRPr="00D60CB1">
        <w:rPr>
          <w:color w:val="000000"/>
          <w:lang w:val="pl-PL"/>
        </w:rPr>
        <w:t>stanowisko urzędnicze –</w:t>
      </w:r>
      <w:r w:rsidRPr="00D60CB1">
        <w:rPr>
          <w:color w:val="C00000"/>
          <w:lang w:val="pl-PL"/>
        </w:rPr>
        <w:br/>
      </w:r>
      <w:r w:rsidRPr="00D60CB1">
        <w:rPr>
          <w:color w:val="000000"/>
          <w:lang w:val="pl-PL"/>
        </w:rPr>
        <w:t>Sekretarza Gminy Pawłów</w:t>
      </w:r>
    </w:p>
    <w:p w14:paraId="730A6C16" w14:textId="77777777" w:rsidR="008E5730" w:rsidRPr="006D0988" w:rsidRDefault="008E5730">
      <w:pPr>
        <w:jc w:val="both"/>
        <w:rPr>
          <w:lang w:val="pl-PL"/>
        </w:rPr>
      </w:pPr>
    </w:p>
    <w:p w14:paraId="71E173D0" w14:textId="77777777" w:rsidR="008E5730" w:rsidRPr="006D0988" w:rsidRDefault="008E5730">
      <w:pPr>
        <w:jc w:val="both"/>
        <w:rPr>
          <w:lang w:val="pl-PL"/>
        </w:rPr>
      </w:pPr>
    </w:p>
    <w:p w14:paraId="7124DB16" w14:textId="3317D9B0" w:rsidR="00804731" w:rsidRPr="006D0988" w:rsidRDefault="00131177">
      <w:pPr>
        <w:jc w:val="both"/>
        <w:rPr>
          <w:lang w:val="pl-PL"/>
        </w:rPr>
      </w:pPr>
      <w:r w:rsidRPr="00D60CB1">
        <w:rPr>
          <w:color w:val="000000"/>
          <w:lang w:val="pl-PL"/>
        </w:rPr>
        <w:t xml:space="preserve">    Na podstawie art. 33 ust. 3 ustawy z dnia 8 marca 1990 r. o samorządzie gminnym (Dz. U. z </w:t>
      </w:r>
      <w:r w:rsidRPr="00E812E1">
        <w:rPr>
          <w:lang w:val="pl-PL"/>
        </w:rPr>
        <w:t xml:space="preserve">2026r. </w:t>
      </w:r>
      <w:r w:rsidRPr="00D60CB1">
        <w:rPr>
          <w:color w:val="000000"/>
          <w:lang w:val="pl-PL"/>
        </w:rPr>
        <w:t>poz. 662),</w:t>
      </w:r>
      <w:r w:rsidRPr="00D60CB1">
        <w:rPr>
          <w:color w:val="C00000"/>
          <w:lang w:val="pl-PL"/>
        </w:rPr>
        <w:t xml:space="preserve"> </w:t>
      </w:r>
      <w:r w:rsidRPr="00E812E1">
        <w:rPr>
          <w:lang w:val="pl-PL"/>
        </w:rPr>
        <w:t xml:space="preserve">art. 6, </w:t>
      </w:r>
      <w:r w:rsidRPr="00D60CB1">
        <w:rPr>
          <w:color w:val="000000"/>
          <w:lang w:val="pl-PL"/>
        </w:rPr>
        <w:t>art. 11 ust. 1, art. 13 i art. 13a ustawy z dnia 21 listopada 2008 r. o pracownikach samorządowych (Dz. U. z 2024 r. poz. 1135) oraz Zarządzenia Nr 44/2018 Wójta Gminy Pawłów z dnia 12 kwietnia 2018 r. w sprawie wprowadzenia Regulaminu naboru na wolne stanowiska urzędnicze,</w:t>
      </w:r>
      <w:r w:rsidR="00EA6977">
        <w:rPr>
          <w:color w:val="000000"/>
          <w:lang w:val="pl-PL"/>
        </w:rPr>
        <w:br/>
      </w:r>
      <w:r w:rsidRPr="00D60CB1">
        <w:rPr>
          <w:color w:val="C00000"/>
          <w:lang w:val="pl-PL"/>
        </w:rPr>
        <w:t xml:space="preserve"> </w:t>
      </w:r>
      <w:r w:rsidRPr="00D60CB1">
        <w:rPr>
          <w:color w:val="000000"/>
          <w:lang w:val="pl-PL"/>
        </w:rPr>
        <w:t xml:space="preserve">w tym kierownicze stanowiska urzędnicze, w Urzędzie Gminy w </w:t>
      </w:r>
      <w:r w:rsidRPr="00E812E1">
        <w:rPr>
          <w:lang w:val="pl-PL"/>
        </w:rPr>
        <w:t xml:space="preserve">Pawłowie </w:t>
      </w:r>
      <w:r w:rsidRPr="00D60CB1">
        <w:rPr>
          <w:color w:val="000000"/>
          <w:lang w:val="pl-PL"/>
        </w:rPr>
        <w:t>zarządza się, co następuje:</w:t>
      </w:r>
    </w:p>
    <w:p w14:paraId="2DF5C3D1" w14:textId="77777777" w:rsidR="00804731" w:rsidRPr="006D0988" w:rsidRDefault="00000000">
      <w:pPr>
        <w:spacing w:before="100"/>
        <w:rPr>
          <w:lang w:val="pl-PL"/>
        </w:rPr>
      </w:pPr>
      <w:r w:rsidRPr="00D60CB1">
        <w:rPr>
          <w:b/>
          <w:color w:val="000000"/>
          <w:lang w:val="pl-PL"/>
        </w:rPr>
        <w:t>§ 1. 1. Ogłasza się nabór kandydatów na wolne</w:t>
      </w:r>
      <w:r w:rsidRPr="00D60CB1">
        <w:rPr>
          <w:b/>
          <w:color w:val="C00000"/>
          <w:lang w:val="pl-PL"/>
        </w:rPr>
        <w:t xml:space="preserve"> </w:t>
      </w:r>
      <w:r w:rsidRPr="00E812E1">
        <w:rPr>
          <w:b/>
          <w:lang w:val="pl-PL"/>
        </w:rPr>
        <w:t xml:space="preserve">kierownicze </w:t>
      </w:r>
      <w:r w:rsidRPr="00D60CB1">
        <w:rPr>
          <w:b/>
          <w:color w:val="000000"/>
          <w:lang w:val="pl-PL"/>
        </w:rPr>
        <w:t>stanowisko urzędnicze w Urzędzie Gminy w Pawłowie – Sekretarz Gminy Pawłów.</w:t>
      </w:r>
    </w:p>
    <w:p w14:paraId="48660743" w14:textId="77777777" w:rsidR="00804731" w:rsidRPr="006D0988" w:rsidRDefault="00000000">
      <w:pPr>
        <w:rPr>
          <w:lang w:val="pl-PL"/>
        </w:rPr>
      </w:pPr>
      <w:r w:rsidRPr="006D0988">
        <w:rPr>
          <w:lang w:val="pl-PL"/>
        </w:rPr>
        <w:t>2. Ogłoszenie o naborze stanowi załącznik do niniejszego zarządzenia.</w:t>
      </w:r>
    </w:p>
    <w:p w14:paraId="0D31631E" w14:textId="77777777" w:rsidR="00804731" w:rsidRPr="006D0988" w:rsidRDefault="00000000">
      <w:pPr>
        <w:spacing w:before="100"/>
        <w:rPr>
          <w:lang w:val="pl-PL"/>
        </w:rPr>
      </w:pPr>
      <w:r w:rsidRPr="006D0988">
        <w:rPr>
          <w:b/>
          <w:lang w:val="pl-PL"/>
        </w:rPr>
        <w:t xml:space="preserve">§ 2. </w:t>
      </w:r>
      <w:r w:rsidRPr="006D0988">
        <w:rPr>
          <w:lang w:val="pl-PL"/>
        </w:rPr>
        <w:t>Zarządzenie wchodzi w życie z dniem podpisania</w:t>
      </w:r>
      <w:r w:rsidR="00A15923">
        <w:rPr>
          <w:lang w:val="pl-PL"/>
        </w:rPr>
        <w:t xml:space="preserve">.  </w:t>
      </w:r>
    </w:p>
    <w:p w14:paraId="3AB43E34" w14:textId="77777777" w:rsidR="00804731" w:rsidRPr="006D0988" w:rsidRDefault="00804731">
      <w:pPr>
        <w:rPr>
          <w:lang w:val="pl-PL"/>
        </w:rPr>
      </w:pPr>
    </w:p>
    <w:p w14:paraId="2FC33598" w14:textId="77777777" w:rsidR="008E5730" w:rsidRPr="006D0988" w:rsidRDefault="008E5730">
      <w:pPr>
        <w:jc w:val="right"/>
        <w:rPr>
          <w:lang w:val="pl-PL"/>
        </w:rPr>
      </w:pPr>
    </w:p>
    <w:p w14:paraId="6EEBE6DA" w14:textId="77777777" w:rsidR="008E5730" w:rsidRPr="006D0988" w:rsidRDefault="008E5730">
      <w:pPr>
        <w:jc w:val="right"/>
        <w:rPr>
          <w:lang w:val="pl-PL"/>
        </w:rPr>
      </w:pPr>
    </w:p>
    <w:p w14:paraId="6B0422D8" w14:textId="77777777" w:rsidR="00804731" w:rsidRPr="006D0988" w:rsidRDefault="00000000">
      <w:pPr>
        <w:rPr>
          <w:lang w:val="pl-PL"/>
        </w:rPr>
      </w:pPr>
      <w:r w:rsidRPr="006D0988">
        <w:rPr>
          <w:lang w:val="pl-PL"/>
        </w:rPr>
        <w:br w:type="page"/>
      </w:r>
    </w:p>
    <w:p w14:paraId="18B996CE" w14:textId="323BE10A" w:rsidR="00804731" w:rsidRPr="00E812E1" w:rsidRDefault="00000000">
      <w:pPr>
        <w:spacing w:after="200"/>
        <w:jc w:val="right"/>
        <w:rPr>
          <w:lang w:val="pl-PL"/>
        </w:rPr>
      </w:pPr>
      <w:r w:rsidRPr="00D60CB1">
        <w:rPr>
          <w:color w:val="000000"/>
          <w:sz w:val="19"/>
          <w:lang w:val="pl-PL"/>
        </w:rPr>
        <w:lastRenderedPageBreak/>
        <w:t>Załącznik do Zarządzenia Nr 21</w:t>
      </w:r>
      <w:r w:rsidR="00E812E1">
        <w:rPr>
          <w:color w:val="000000"/>
          <w:sz w:val="19"/>
          <w:lang w:val="pl-PL"/>
        </w:rPr>
        <w:t>9</w:t>
      </w:r>
      <w:r w:rsidRPr="00D60CB1">
        <w:rPr>
          <w:color w:val="000000"/>
          <w:sz w:val="19"/>
          <w:lang w:val="pl-PL"/>
        </w:rPr>
        <w:t>/2026</w:t>
      </w:r>
      <w:r w:rsidRPr="00D60CB1">
        <w:rPr>
          <w:color w:val="000000"/>
          <w:sz w:val="19"/>
          <w:lang w:val="pl-PL"/>
        </w:rPr>
        <w:br/>
        <w:t xml:space="preserve">Wójta Gminy Pawłów z dnia </w:t>
      </w:r>
      <w:r w:rsidR="00E812E1">
        <w:rPr>
          <w:color w:val="000000"/>
          <w:sz w:val="19"/>
          <w:lang w:val="pl-PL"/>
        </w:rPr>
        <w:t>5</w:t>
      </w:r>
      <w:r w:rsidRPr="00D60CB1">
        <w:rPr>
          <w:color w:val="000000"/>
          <w:sz w:val="19"/>
          <w:lang w:val="pl-PL"/>
        </w:rPr>
        <w:t xml:space="preserve"> </w:t>
      </w:r>
      <w:r w:rsidRPr="00E812E1">
        <w:rPr>
          <w:sz w:val="19"/>
          <w:lang w:val="pl-PL"/>
        </w:rPr>
        <w:t>listopada 2026 r.</w:t>
      </w:r>
    </w:p>
    <w:p w14:paraId="22DB2AB0" w14:textId="77777777" w:rsidR="00804731" w:rsidRPr="006D0988" w:rsidRDefault="00000000">
      <w:pPr>
        <w:spacing w:after="40"/>
        <w:jc w:val="center"/>
        <w:rPr>
          <w:lang w:val="pl-PL"/>
        </w:rPr>
      </w:pPr>
      <w:r w:rsidRPr="00E812E1">
        <w:rPr>
          <w:b/>
          <w:sz w:val="26"/>
          <w:lang w:val="pl-PL"/>
        </w:rPr>
        <w:t>OGŁOSZENIE O NABORZE NA WOLNE KIEROWNICZE S</w:t>
      </w:r>
      <w:r w:rsidRPr="00D60CB1">
        <w:rPr>
          <w:b/>
          <w:color w:val="000000"/>
          <w:sz w:val="26"/>
          <w:lang w:val="pl-PL"/>
        </w:rPr>
        <w:t>TANOWISKO URZĘDNICZE</w:t>
      </w:r>
    </w:p>
    <w:p w14:paraId="4D017136" w14:textId="77777777" w:rsidR="00804731" w:rsidRPr="006D0988" w:rsidRDefault="00062FC6">
      <w:pPr>
        <w:spacing w:after="160"/>
        <w:jc w:val="center"/>
        <w:rPr>
          <w:lang w:val="pl-PL"/>
        </w:rPr>
      </w:pPr>
      <w:r>
        <w:rPr>
          <w:b/>
          <w:sz w:val="24"/>
          <w:lang w:val="pl-PL"/>
        </w:rPr>
        <w:t>Sekretarz Gminy Pawłów</w:t>
      </w:r>
    </w:p>
    <w:p w14:paraId="64115489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I. Nazwa i adres jednostki</w:t>
      </w:r>
    </w:p>
    <w:p w14:paraId="07E4F1E7" w14:textId="77777777" w:rsidR="00804731" w:rsidRPr="006D0988" w:rsidRDefault="00000000">
      <w:pPr>
        <w:rPr>
          <w:lang w:val="pl-PL"/>
        </w:rPr>
      </w:pPr>
      <w:r w:rsidRPr="006D0988">
        <w:rPr>
          <w:lang w:val="pl-PL"/>
        </w:rPr>
        <w:t>Urząd Gminy w Pawłowie, Pawłów 56, 27-225 Pawłów.</w:t>
      </w:r>
    </w:p>
    <w:p w14:paraId="7520CE22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II. Określenie stanowiska</w:t>
      </w:r>
    </w:p>
    <w:p w14:paraId="0690D66E" w14:textId="77777777" w:rsidR="00804731" w:rsidRPr="006D0988" w:rsidRDefault="00062FC6">
      <w:pPr>
        <w:rPr>
          <w:lang w:val="pl-PL"/>
        </w:rPr>
      </w:pPr>
      <w:r w:rsidRPr="00D60CB1">
        <w:rPr>
          <w:color w:val="000000"/>
          <w:lang w:val="pl-PL"/>
        </w:rPr>
        <w:t xml:space="preserve">Sekretarz Gminy Pawłów – ¾ etatu </w:t>
      </w:r>
      <w:r w:rsidRPr="00E812E1">
        <w:rPr>
          <w:lang w:val="pl-PL"/>
        </w:rPr>
        <w:t>(kierownicze stanowisko urzędnicze)</w:t>
      </w:r>
    </w:p>
    <w:p w14:paraId="7D7EF8F9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III. Wymagania związane ze stanowiskiem</w:t>
      </w:r>
    </w:p>
    <w:p w14:paraId="0B225F72" w14:textId="77777777" w:rsidR="00804731" w:rsidRPr="006D0988" w:rsidRDefault="00000000">
      <w:pPr>
        <w:keepNext/>
        <w:rPr>
          <w:lang w:val="pl-PL"/>
        </w:rPr>
      </w:pPr>
      <w:r w:rsidRPr="006D0988">
        <w:rPr>
          <w:b/>
          <w:lang w:val="pl-PL"/>
        </w:rPr>
        <w:t>1. Wymagania niezbędne:</w:t>
      </w:r>
    </w:p>
    <w:p w14:paraId="11B9411D" w14:textId="748558C7" w:rsidR="003D3FFE" w:rsidRDefault="00062FC6" w:rsidP="003D3FFE">
      <w:pPr>
        <w:rPr>
          <w:lang w:val="pl-PL"/>
        </w:rPr>
      </w:pPr>
      <w:r w:rsidRPr="00D60CB1">
        <w:rPr>
          <w:color w:val="000000"/>
          <w:lang w:val="pl-PL"/>
        </w:rPr>
        <w:t>a/ obywatelstwo polskie,</w:t>
      </w:r>
      <w:r w:rsidRPr="00D60CB1">
        <w:rPr>
          <w:color w:val="000000"/>
          <w:lang w:val="pl-PL"/>
        </w:rPr>
        <w:br/>
        <w:t>b/</w:t>
      </w:r>
      <w:r w:rsidRPr="00D60CB1">
        <w:rPr>
          <w:color w:val="C00000"/>
          <w:lang w:val="pl-PL"/>
        </w:rPr>
        <w:t xml:space="preserve"> </w:t>
      </w:r>
      <w:r w:rsidRPr="00E812E1">
        <w:rPr>
          <w:lang w:val="pl-PL"/>
        </w:rPr>
        <w:t>pełna</w:t>
      </w:r>
      <w:r w:rsidRPr="00D60CB1">
        <w:rPr>
          <w:color w:val="000000"/>
          <w:lang w:val="pl-PL"/>
        </w:rPr>
        <w:t xml:space="preserve"> zdolność do czynności prawnych i korzystanie z pełni praw publicznych,</w:t>
      </w:r>
      <w:r w:rsidRPr="00D60CB1">
        <w:rPr>
          <w:color w:val="000000"/>
          <w:lang w:val="pl-PL"/>
        </w:rPr>
        <w:br/>
        <w:t>c/ nieposzlakowana opinia,</w:t>
      </w:r>
      <w:r w:rsidRPr="00D60CB1">
        <w:rPr>
          <w:color w:val="000000"/>
          <w:lang w:val="pl-PL"/>
        </w:rPr>
        <w:br/>
        <w:t>d/ niekaralność za umyślne przestępstwo ścigane z oskarżenia publicznego lub umyślne przestępstwo skarbowe,</w:t>
      </w:r>
      <w:r w:rsidRPr="00D60CB1">
        <w:rPr>
          <w:color w:val="C00000"/>
          <w:lang w:val="pl-PL"/>
        </w:rPr>
        <w:br/>
      </w:r>
      <w:r w:rsidRPr="00D60CB1">
        <w:rPr>
          <w:color w:val="000000"/>
          <w:lang w:val="pl-PL"/>
        </w:rPr>
        <w:t>e/ wykształcenie wyższe</w:t>
      </w:r>
      <w:r w:rsidRPr="00D60CB1">
        <w:rPr>
          <w:color w:val="C00000"/>
          <w:lang w:val="pl-PL"/>
        </w:rPr>
        <w:t xml:space="preserve"> </w:t>
      </w:r>
      <w:r w:rsidRPr="00D60CB1">
        <w:rPr>
          <w:color w:val="000000"/>
          <w:lang w:val="pl-PL"/>
        </w:rPr>
        <w:t>w rozumieniu przepisów o szkolnictwie wyższym,</w:t>
      </w:r>
      <w:r w:rsidRPr="00D60CB1">
        <w:rPr>
          <w:color w:val="000000"/>
          <w:lang w:val="pl-PL"/>
        </w:rPr>
        <w:br/>
      </w:r>
      <w:r w:rsidR="003D3FFE" w:rsidRPr="00062FC6">
        <w:rPr>
          <w:lang w:val="pl-PL"/>
        </w:rPr>
        <w:t>f/ co najmniej czteroletni staż pracy na stanowisku urzędniczym w jednostkach, o których mowa w art. 2 ustawy z dnia 21 listopada 2008 r. o pracownikach samorządowych /Dz</w:t>
      </w:r>
      <w:r w:rsidR="003D3FFE" w:rsidRPr="00903622">
        <w:rPr>
          <w:lang w:val="pl-PL"/>
        </w:rPr>
        <w:t xml:space="preserve">. U. 2024 .1135 </w:t>
      </w:r>
      <w:proofErr w:type="spellStart"/>
      <w:r w:rsidR="003D3FFE" w:rsidRPr="00903622">
        <w:rPr>
          <w:lang w:val="pl-PL"/>
        </w:rPr>
        <w:t>t</w:t>
      </w:r>
      <w:r w:rsidR="003D3FFE" w:rsidRPr="00062FC6">
        <w:rPr>
          <w:lang w:val="pl-PL"/>
        </w:rPr>
        <w:t>.j</w:t>
      </w:r>
      <w:proofErr w:type="spellEnd"/>
      <w:r w:rsidR="003D3FFE" w:rsidRPr="00062FC6">
        <w:rPr>
          <w:lang w:val="pl-PL"/>
        </w:rPr>
        <w:t xml:space="preserve">./, w tym co najmniej </w:t>
      </w:r>
      <w:r w:rsidR="003D3FFE">
        <w:rPr>
          <w:lang w:val="pl-PL"/>
        </w:rPr>
        <w:t>dwu</w:t>
      </w:r>
      <w:r w:rsidR="003D3FFE" w:rsidRPr="00062FC6">
        <w:rPr>
          <w:lang w:val="pl-PL"/>
        </w:rPr>
        <w:t>letni staż pracy na kierowniczym stanowisku urzędniczym w tych jednostkach lub osoba posiadająca co najmniej czteroletni staż pracy na stanowisku urzędniczym w jednostkach, o których mowa w art. 2 w/w ustawy oraz co najmniej dwuletni staż pracy na kierowniczym stanowisku urzędniczym w innych jednostkach sektora finansów publicznych.</w:t>
      </w:r>
    </w:p>
    <w:p w14:paraId="625F9E03" w14:textId="0B03A81E" w:rsidR="00F078C4" w:rsidRPr="00E812E1" w:rsidRDefault="00F078C4" w:rsidP="00F078C4">
      <w:pPr>
        <w:rPr>
          <w:lang w:val="pl-PL"/>
        </w:rPr>
      </w:pPr>
      <w:r w:rsidRPr="00E812E1">
        <w:rPr>
          <w:lang w:val="pl-PL"/>
        </w:rPr>
        <w:t>Ponadto od kandydatów wymaga się biegłej obsługi komputera, w tym programów biurowych, oraz znajomości przepisów:</w:t>
      </w:r>
    </w:p>
    <w:p w14:paraId="093DC5F7" w14:textId="77777777" w:rsidR="00F078C4" w:rsidRPr="00E812E1" w:rsidRDefault="00F078C4" w:rsidP="00F078C4">
      <w:pPr>
        <w:numPr>
          <w:ilvl w:val="0"/>
          <w:numId w:val="18"/>
        </w:numPr>
        <w:spacing w:after="160" w:line="259" w:lineRule="auto"/>
      </w:pPr>
      <w:proofErr w:type="spellStart"/>
      <w:r w:rsidRPr="00E812E1">
        <w:t>ustawy</w:t>
      </w:r>
      <w:proofErr w:type="spellEnd"/>
      <w:r w:rsidRPr="00E812E1">
        <w:t xml:space="preserve"> o </w:t>
      </w:r>
      <w:proofErr w:type="spellStart"/>
      <w:r w:rsidRPr="00E812E1">
        <w:t>samorządzie</w:t>
      </w:r>
      <w:proofErr w:type="spellEnd"/>
      <w:r w:rsidRPr="00E812E1">
        <w:t xml:space="preserve"> </w:t>
      </w:r>
      <w:proofErr w:type="spellStart"/>
      <w:r w:rsidRPr="00E812E1">
        <w:t>gminnym</w:t>
      </w:r>
      <w:proofErr w:type="spellEnd"/>
      <w:r w:rsidRPr="00E812E1">
        <w:t>,</w:t>
      </w:r>
    </w:p>
    <w:p w14:paraId="21E04549" w14:textId="77777777" w:rsidR="00F078C4" w:rsidRPr="00E812E1" w:rsidRDefault="00F078C4" w:rsidP="00F078C4">
      <w:pPr>
        <w:numPr>
          <w:ilvl w:val="0"/>
          <w:numId w:val="18"/>
        </w:numPr>
        <w:spacing w:after="160" w:line="259" w:lineRule="auto"/>
      </w:pPr>
      <w:proofErr w:type="spellStart"/>
      <w:r w:rsidRPr="00E812E1">
        <w:t>ustawy</w:t>
      </w:r>
      <w:proofErr w:type="spellEnd"/>
      <w:r w:rsidRPr="00E812E1">
        <w:t xml:space="preserve"> o </w:t>
      </w:r>
      <w:proofErr w:type="spellStart"/>
      <w:r w:rsidRPr="00E812E1">
        <w:t>pracownikach</w:t>
      </w:r>
      <w:proofErr w:type="spellEnd"/>
      <w:r w:rsidRPr="00E812E1">
        <w:t xml:space="preserve"> </w:t>
      </w:r>
      <w:proofErr w:type="spellStart"/>
      <w:r w:rsidRPr="00E812E1">
        <w:t>samorządowych</w:t>
      </w:r>
      <w:proofErr w:type="spellEnd"/>
      <w:r w:rsidRPr="00E812E1">
        <w:t>,</w:t>
      </w:r>
    </w:p>
    <w:p w14:paraId="33CECFF8" w14:textId="77777777" w:rsidR="00F078C4" w:rsidRPr="00E812E1" w:rsidRDefault="00F078C4" w:rsidP="00F078C4">
      <w:pPr>
        <w:numPr>
          <w:ilvl w:val="0"/>
          <w:numId w:val="18"/>
        </w:numPr>
        <w:spacing w:after="160" w:line="259" w:lineRule="auto"/>
      </w:pPr>
      <w:proofErr w:type="spellStart"/>
      <w:r w:rsidRPr="00E812E1">
        <w:t>ustawy</w:t>
      </w:r>
      <w:proofErr w:type="spellEnd"/>
      <w:r w:rsidRPr="00E812E1">
        <w:t xml:space="preserve"> o </w:t>
      </w:r>
      <w:proofErr w:type="spellStart"/>
      <w:r w:rsidRPr="00E812E1">
        <w:t>finansach</w:t>
      </w:r>
      <w:proofErr w:type="spellEnd"/>
      <w:r w:rsidRPr="00E812E1">
        <w:t xml:space="preserve"> </w:t>
      </w:r>
      <w:proofErr w:type="spellStart"/>
      <w:r w:rsidRPr="00E812E1">
        <w:t>publicznych</w:t>
      </w:r>
      <w:proofErr w:type="spellEnd"/>
      <w:r w:rsidRPr="00E812E1">
        <w:t>,</w:t>
      </w:r>
    </w:p>
    <w:p w14:paraId="200D3DC1" w14:textId="77777777" w:rsidR="00F078C4" w:rsidRPr="00E812E1" w:rsidRDefault="00F078C4" w:rsidP="00F078C4">
      <w:pPr>
        <w:numPr>
          <w:ilvl w:val="0"/>
          <w:numId w:val="18"/>
        </w:numPr>
        <w:spacing w:after="160" w:line="259" w:lineRule="auto"/>
      </w:pPr>
      <w:proofErr w:type="spellStart"/>
      <w:r w:rsidRPr="00E812E1">
        <w:t>Kodeksu</w:t>
      </w:r>
      <w:proofErr w:type="spellEnd"/>
      <w:r w:rsidRPr="00E812E1">
        <w:t xml:space="preserve"> </w:t>
      </w:r>
      <w:proofErr w:type="spellStart"/>
      <w:r w:rsidRPr="00E812E1">
        <w:t>postępowania</w:t>
      </w:r>
      <w:proofErr w:type="spellEnd"/>
      <w:r w:rsidRPr="00E812E1">
        <w:t xml:space="preserve"> </w:t>
      </w:r>
      <w:proofErr w:type="spellStart"/>
      <w:r w:rsidRPr="00E812E1">
        <w:t>administracyjnego</w:t>
      </w:r>
      <w:proofErr w:type="spellEnd"/>
      <w:r w:rsidRPr="00E812E1">
        <w:t>,</w:t>
      </w:r>
    </w:p>
    <w:p w14:paraId="3706D4BA" w14:textId="77777777" w:rsidR="00F078C4" w:rsidRPr="00E812E1" w:rsidRDefault="00F078C4" w:rsidP="00F078C4">
      <w:pPr>
        <w:numPr>
          <w:ilvl w:val="0"/>
          <w:numId w:val="18"/>
        </w:numPr>
        <w:spacing w:after="160" w:line="259" w:lineRule="auto"/>
        <w:rPr>
          <w:lang w:val="pl-PL"/>
        </w:rPr>
      </w:pPr>
      <w:r w:rsidRPr="00E812E1">
        <w:rPr>
          <w:lang w:val="pl-PL"/>
        </w:rPr>
        <w:t>przepisów o ochronie danych osobowych, w tym RODO, oraz ustawy o dostępie do informacji publicznej.</w:t>
      </w:r>
    </w:p>
    <w:p w14:paraId="1C1BC594" w14:textId="77777777" w:rsidR="00671A7D" w:rsidRPr="00E812E1" w:rsidRDefault="00000000">
      <w:pPr>
        <w:spacing w:after="40"/>
        <w:rPr>
          <w:lang w:val="pl-PL"/>
        </w:rPr>
      </w:pPr>
      <w:r w:rsidRPr="00E812E1">
        <w:rPr>
          <w:lang w:val="pl-PL"/>
        </w:rPr>
        <w:t>Nabór ma charakter otwarty i konkurencyjny. O stanowisko może ubiegać się każda osoba spełniająca wymagania określone w ogłoszeniu, bez względu na płeć.</w:t>
      </w:r>
    </w:p>
    <w:p w14:paraId="707788B8" w14:textId="77777777" w:rsidR="00804731" w:rsidRPr="006D0988" w:rsidRDefault="00000000">
      <w:pPr>
        <w:keepNext/>
        <w:spacing w:before="80"/>
        <w:rPr>
          <w:lang w:val="pl-PL"/>
        </w:rPr>
      </w:pPr>
      <w:r w:rsidRPr="006D0988">
        <w:rPr>
          <w:b/>
          <w:lang w:val="pl-PL"/>
        </w:rPr>
        <w:t>2. Wymagania dodatkowe:</w:t>
      </w:r>
    </w:p>
    <w:p w14:paraId="34C4DF66" w14:textId="77777777" w:rsidR="00804731" w:rsidRPr="006D0988" w:rsidRDefault="00000000" w:rsidP="008E5730">
      <w:pPr>
        <w:pStyle w:val="Listadokumentu"/>
        <w:numPr>
          <w:ilvl w:val="0"/>
          <w:numId w:val="11"/>
        </w:numPr>
        <w:rPr>
          <w:lang w:val="pl-PL"/>
        </w:rPr>
      </w:pPr>
      <w:r w:rsidRPr="006D0988">
        <w:rPr>
          <w:lang w:val="pl-PL"/>
        </w:rPr>
        <w:t>doświadczenie w administracji publicznej lub w wykonywaniu zadań zbliżonych do zakresu stanowiska;</w:t>
      </w:r>
    </w:p>
    <w:p w14:paraId="7FBB1CE6" w14:textId="77777777" w:rsidR="00062FC6" w:rsidRPr="00062FC6" w:rsidRDefault="00062FC6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062FC6">
        <w:rPr>
          <w:lang w:val="pl-PL"/>
        </w:rPr>
        <w:t>umiejętność zarządzania zasobami ludzkimi,</w:t>
      </w:r>
    </w:p>
    <w:p w14:paraId="4850A362" w14:textId="77777777" w:rsidR="00062FC6" w:rsidRPr="00062FC6" w:rsidRDefault="00062FC6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062FC6">
        <w:rPr>
          <w:lang w:val="pl-PL"/>
        </w:rPr>
        <w:t>wysoka kultura osobista,</w:t>
      </w:r>
    </w:p>
    <w:p w14:paraId="5898BBF2" w14:textId="77777777" w:rsidR="00062FC6" w:rsidRPr="00062FC6" w:rsidRDefault="00062FC6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062FC6">
        <w:rPr>
          <w:lang w:val="pl-PL"/>
        </w:rPr>
        <w:t>umiejętność skutecznej komunikacji oraz pracy w zespole,</w:t>
      </w:r>
    </w:p>
    <w:p w14:paraId="766F087B" w14:textId="77777777" w:rsidR="00062FC6" w:rsidRPr="00062FC6" w:rsidRDefault="00062FC6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062FC6">
        <w:rPr>
          <w:lang w:val="pl-PL"/>
        </w:rPr>
        <w:t>znajomość struktury organizacyjnej urzędu,</w:t>
      </w:r>
    </w:p>
    <w:p w14:paraId="1CA54129" w14:textId="77777777" w:rsidR="00062FC6" w:rsidRPr="00062FC6" w:rsidRDefault="00062FC6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062FC6">
        <w:rPr>
          <w:lang w:val="pl-PL"/>
        </w:rPr>
        <w:t>kreatywność, samodzielność, inicjatywa,</w:t>
      </w:r>
    </w:p>
    <w:p w14:paraId="0AC179B8" w14:textId="77777777" w:rsidR="00062FC6" w:rsidRPr="00062FC6" w:rsidRDefault="00062FC6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062FC6">
        <w:rPr>
          <w:lang w:val="pl-PL"/>
        </w:rPr>
        <w:t>dyspozycyjność,</w:t>
      </w:r>
    </w:p>
    <w:p w14:paraId="3B6747AF" w14:textId="77777777" w:rsidR="00062FC6" w:rsidRDefault="00062FC6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062FC6">
        <w:rPr>
          <w:lang w:val="pl-PL"/>
        </w:rPr>
        <w:t>zdolność podejmowania decyzji</w:t>
      </w:r>
    </w:p>
    <w:p w14:paraId="0435D520" w14:textId="77777777" w:rsidR="00804731" w:rsidRPr="006D0988" w:rsidRDefault="00000000" w:rsidP="00062FC6">
      <w:pPr>
        <w:pStyle w:val="Listadokumentu"/>
        <w:numPr>
          <w:ilvl w:val="0"/>
          <w:numId w:val="11"/>
        </w:numPr>
        <w:rPr>
          <w:lang w:val="pl-PL"/>
        </w:rPr>
      </w:pPr>
      <w:r w:rsidRPr="006D0988">
        <w:rPr>
          <w:lang w:val="pl-PL"/>
        </w:rPr>
        <w:t>prawo jazdy kat. B</w:t>
      </w:r>
      <w:r w:rsidR="00062FC6">
        <w:rPr>
          <w:lang w:val="pl-PL"/>
        </w:rPr>
        <w:t>.</w:t>
      </w:r>
    </w:p>
    <w:p w14:paraId="203DEA38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IV. Zakres zadań wykonywanych na stanowisku</w:t>
      </w:r>
    </w:p>
    <w:p w14:paraId="024F25AA" w14:textId="77777777" w:rsidR="00804731" w:rsidRPr="00E812E1" w:rsidRDefault="00000000">
      <w:pPr>
        <w:rPr>
          <w:lang w:val="pl-PL"/>
        </w:rPr>
      </w:pPr>
      <w:r w:rsidRPr="00E812E1">
        <w:rPr>
          <w:b/>
          <w:lang w:val="pl-PL"/>
        </w:rPr>
        <w:t>Do podstawowych obowiązków będzie należeć w szczególności:</w:t>
      </w:r>
    </w:p>
    <w:p w14:paraId="31648A87" w14:textId="2923E852" w:rsidR="00EA425D" w:rsidRPr="00E812E1" w:rsidRDefault="00EA425D" w:rsidP="00EA425D">
      <w:pPr>
        <w:rPr>
          <w:lang w:val="pl-PL"/>
        </w:rPr>
      </w:pPr>
      <w:r w:rsidRPr="00D60CB1">
        <w:rPr>
          <w:color w:val="000000"/>
          <w:lang w:val="pl-PL"/>
        </w:rPr>
        <w:t>a/ opracowywanie projektów aktów, w tym Statutu i Regulaminu Organizacyjnego Urzędu, Regulaminu Pracy oraz innych zarządzeń Wójta związanych z organizacją pracy w Urzędzie,</w:t>
      </w:r>
      <w:r w:rsidRPr="00D60CB1">
        <w:rPr>
          <w:color w:val="000000"/>
          <w:lang w:val="pl-PL"/>
        </w:rPr>
        <w:br/>
      </w:r>
      <w:r w:rsidRPr="00D60CB1">
        <w:rPr>
          <w:color w:val="000000"/>
          <w:lang w:val="pl-PL"/>
        </w:rPr>
        <w:lastRenderedPageBreak/>
        <w:t xml:space="preserve">b/ </w:t>
      </w:r>
      <w:r w:rsidR="00D60CB1" w:rsidRPr="00D60CB1">
        <w:rPr>
          <w:lang w:val="pl-PL"/>
        </w:rPr>
        <w:t>nadzór nad organizacją</w:t>
      </w:r>
      <w:r w:rsidRPr="00D60CB1">
        <w:rPr>
          <w:lang w:val="pl-PL"/>
        </w:rPr>
        <w:t xml:space="preserve"> wyborów,</w:t>
      </w:r>
      <w:r w:rsidRPr="00D60CB1">
        <w:rPr>
          <w:color w:val="000000"/>
          <w:lang w:val="pl-PL"/>
        </w:rPr>
        <w:br/>
        <w:t>c/ nadzór nad przygotowywaniem projektów uchwał Rady Gminy,</w:t>
      </w:r>
      <w:r w:rsidRPr="00D60CB1">
        <w:rPr>
          <w:color w:val="000000"/>
          <w:lang w:val="pl-PL"/>
        </w:rPr>
        <w:br/>
        <w:t>d/ nadzór nad przestrzeganiem przez pracowników porządku i dyscypliny pracy,</w:t>
      </w:r>
      <w:r w:rsidRPr="00D60CB1">
        <w:rPr>
          <w:color w:val="000000"/>
          <w:lang w:val="pl-PL"/>
        </w:rPr>
        <w:br/>
        <w:t xml:space="preserve">e/ organizowanie współdziałania z jednostkami pomocniczymi </w:t>
      </w:r>
      <w:r w:rsidRPr="00E812E1">
        <w:rPr>
          <w:lang w:val="pl-PL"/>
        </w:rPr>
        <w:t xml:space="preserve">(sołectwami) </w:t>
      </w:r>
      <w:r w:rsidRPr="00D60CB1">
        <w:rPr>
          <w:color w:val="000000"/>
          <w:lang w:val="pl-PL"/>
        </w:rPr>
        <w:t>oraz gminnymi jednostkami organizacyjnymi,</w:t>
      </w:r>
      <w:r w:rsidRPr="00D60CB1">
        <w:rPr>
          <w:color w:val="000000"/>
          <w:lang w:val="pl-PL"/>
        </w:rPr>
        <w:br/>
        <w:t xml:space="preserve">f/ organizacja pracy </w:t>
      </w:r>
      <w:r w:rsidRPr="00E812E1">
        <w:rPr>
          <w:lang w:val="pl-PL"/>
        </w:rPr>
        <w:t xml:space="preserve">Urzędu </w:t>
      </w:r>
      <w:r w:rsidRPr="00D60CB1">
        <w:rPr>
          <w:color w:val="000000"/>
          <w:lang w:val="pl-PL"/>
        </w:rPr>
        <w:t>i koordynowanie działań podejmowanych przez poszczególne stanowiska pracy,</w:t>
      </w:r>
      <w:r w:rsidRPr="00D60CB1">
        <w:rPr>
          <w:color w:val="000000"/>
          <w:lang w:val="pl-PL"/>
        </w:rPr>
        <w:br/>
        <w:t>g/ nadzór nad rozpatrywaniem i załatwianiem skarg i wniosków,</w:t>
      </w:r>
      <w:r w:rsidRPr="00D60CB1">
        <w:rPr>
          <w:color w:val="000000"/>
          <w:lang w:val="pl-PL"/>
        </w:rPr>
        <w:br/>
        <w:t xml:space="preserve">h/ nadzorowanie przestrzegania i realizacji instrukcji kancelaryjnej </w:t>
      </w:r>
      <w:r w:rsidRPr="00E812E1">
        <w:rPr>
          <w:lang w:val="pl-PL"/>
        </w:rPr>
        <w:t xml:space="preserve">oraz </w:t>
      </w:r>
      <w:r w:rsidRPr="00D60CB1">
        <w:rPr>
          <w:color w:val="000000"/>
          <w:lang w:val="pl-PL"/>
        </w:rPr>
        <w:t>jednolitego rzeczowego wykazu akt,</w:t>
      </w:r>
      <w:r w:rsidRPr="00D60CB1">
        <w:rPr>
          <w:color w:val="000000"/>
          <w:lang w:val="pl-PL"/>
        </w:rPr>
        <w:br/>
        <w:t xml:space="preserve">i/ </w:t>
      </w:r>
      <w:r w:rsidRPr="00E812E1">
        <w:rPr>
          <w:lang w:val="pl-PL"/>
        </w:rPr>
        <w:t>organizowanie pracy w sposób zapewniający terminowe i rzetelne załatwianie spraw,</w:t>
      </w:r>
      <w:r w:rsidRPr="00E812E1">
        <w:rPr>
          <w:lang w:val="pl-PL"/>
        </w:rPr>
        <w:br/>
        <w:t>j/ inicjowanie i tworzenie warunków do podnoszenia kwalifikacji pracowników samorządowych,</w:t>
      </w:r>
      <w:r w:rsidRPr="00E812E1">
        <w:rPr>
          <w:lang w:val="pl-PL"/>
        </w:rPr>
        <w:br/>
        <w:t xml:space="preserve">k/ przyjmowanie ustnych oświadczeń ostatniej woli (testamentów </w:t>
      </w:r>
      <w:proofErr w:type="spellStart"/>
      <w:r w:rsidRPr="00E812E1">
        <w:rPr>
          <w:lang w:val="pl-PL"/>
        </w:rPr>
        <w:t>allograficznych</w:t>
      </w:r>
      <w:proofErr w:type="spellEnd"/>
      <w:r w:rsidRPr="00E812E1">
        <w:rPr>
          <w:lang w:val="pl-PL"/>
        </w:rPr>
        <w:t>) na zasadach określonych w Kodeksie cywilnym,</w:t>
      </w:r>
      <w:r w:rsidRPr="00E812E1">
        <w:rPr>
          <w:lang w:val="pl-PL"/>
        </w:rPr>
        <w:br/>
        <w:t>l/ nadzór nad zawartością merytoryczną strony internetowej Urzędu oraz Biuletynu Informacji Publicznej,</w:t>
      </w:r>
      <w:r w:rsidRPr="00E812E1">
        <w:rPr>
          <w:lang w:val="pl-PL"/>
        </w:rPr>
        <w:br/>
        <w:t>m/ wykonywanie innych zadań zleconych przez Wójta, zgodnie z przepisami prawa.</w:t>
      </w:r>
    </w:p>
    <w:p w14:paraId="7923377B" w14:textId="77777777" w:rsidR="00671A7D" w:rsidRPr="00E812E1" w:rsidRDefault="00000000">
      <w:pPr>
        <w:keepNext/>
        <w:spacing w:before="180" w:after="40"/>
        <w:rPr>
          <w:lang w:val="pl-PL"/>
        </w:rPr>
      </w:pPr>
      <w:r w:rsidRPr="00E812E1">
        <w:rPr>
          <w:b/>
          <w:lang w:val="pl-PL"/>
        </w:rPr>
        <w:t>V. Informacja o warunkach pracy na stanowisku</w:t>
      </w:r>
    </w:p>
    <w:p w14:paraId="571463BE" w14:textId="77777777" w:rsidR="00671A7D" w:rsidRPr="00E812E1" w:rsidRDefault="00000000">
      <w:pPr>
        <w:spacing w:after="40"/>
        <w:rPr>
          <w:lang w:val="pl-PL"/>
        </w:rPr>
      </w:pPr>
      <w:r w:rsidRPr="00E812E1">
        <w:rPr>
          <w:lang w:val="pl-PL"/>
        </w:rPr>
        <w:t>1. Zatrudnienie na podstawie umowy o pracę w wymiarze ¾ etatu.</w:t>
      </w:r>
    </w:p>
    <w:p w14:paraId="444345D1" w14:textId="2D24F2A5" w:rsidR="00671A7D" w:rsidRPr="00E812E1" w:rsidRDefault="00000000">
      <w:pPr>
        <w:spacing w:after="40"/>
        <w:rPr>
          <w:lang w:val="pl-PL"/>
        </w:rPr>
      </w:pPr>
      <w:r w:rsidRPr="00E812E1">
        <w:rPr>
          <w:lang w:val="pl-PL"/>
        </w:rPr>
        <w:t>2. Miejsce pracy: Urząd Gminy w Pawłowie, obecnie w tymczasowej siedzibie w Pawłowie 4</w:t>
      </w:r>
      <w:r w:rsidR="00D60CB1" w:rsidRPr="00E812E1">
        <w:rPr>
          <w:lang w:val="pl-PL"/>
        </w:rPr>
        <w:t>6</w:t>
      </w:r>
      <w:r w:rsidRPr="00E812E1">
        <w:rPr>
          <w:lang w:val="pl-PL"/>
        </w:rPr>
        <w:t xml:space="preserve"> (budynek nad OSP Pawłów); w zależności od zakresu obowiązków możliwa jest również praca w innych lokalizacjach Urzędu.</w:t>
      </w:r>
    </w:p>
    <w:p w14:paraId="63DA3BF0" w14:textId="77777777" w:rsidR="00671A7D" w:rsidRPr="00E812E1" w:rsidRDefault="00000000">
      <w:pPr>
        <w:spacing w:after="40"/>
        <w:rPr>
          <w:lang w:val="pl-PL"/>
        </w:rPr>
      </w:pPr>
      <w:r w:rsidRPr="00E812E1">
        <w:rPr>
          <w:lang w:val="pl-PL"/>
        </w:rPr>
        <w:t>3. Praca administracyjno-biurowa, wykonywana przede wszystkim w pomieszczeniach biurowych, obejmująca pracę przy komputerze, analizę dokumentów, koordynowanie pracy Urzędu i kontakt z interesantami oraz instytucjami.</w:t>
      </w:r>
    </w:p>
    <w:p w14:paraId="463A5E4C" w14:textId="77777777" w:rsidR="00671A7D" w:rsidRPr="00E812E1" w:rsidRDefault="00000000">
      <w:pPr>
        <w:spacing w:after="40"/>
        <w:rPr>
          <w:lang w:val="pl-PL"/>
        </w:rPr>
      </w:pPr>
      <w:r w:rsidRPr="00E812E1">
        <w:rPr>
          <w:lang w:val="pl-PL"/>
        </w:rPr>
        <w:t>4. Możliwa konieczność udziału w naradach, spotkaniach i wykonywania zadań służbowych poza siedzibą Urzędu.</w:t>
      </w:r>
    </w:p>
    <w:p w14:paraId="484069F8" w14:textId="085C9FEE" w:rsidR="00671A7D" w:rsidRPr="00E812E1" w:rsidRDefault="00000000">
      <w:pPr>
        <w:spacing w:after="40"/>
        <w:rPr>
          <w:lang w:val="pl-PL"/>
        </w:rPr>
      </w:pPr>
      <w:r w:rsidRPr="00E812E1">
        <w:rPr>
          <w:lang w:val="pl-PL"/>
        </w:rPr>
        <w:t xml:space="preserve">5. Warunki dostępności architektonicznej miejsca pracy: </w:t>
      </w:r>
      <w:r w:rsidR="00D60CB1" w:rsidRPr="00E812E1">
        <w:rPr>
          <w:lang w:val="pl-PL"/>
        </w:rPr>
        <w:t xml:space="preserve">Budynek przystosowany do osób niepełnosprawnych, z windą. </w:t>
      </w:r>
    </w:p>
    <w:p w14:paraId="6A2E1932" w14:textId="77777777" w:rsidR="00804731" w:rsidRPr="006D0988" w:rsidRDefault="00804731" w:rsidP="00EA425D">
      <w:pPr>
        <w:pStyle w:val="Listadokumentu"/>
        <w:ind w:left="834" w:firstLine="0"/>
        <w:rPr>
          <w:lang w:val="pl-PL"/>
        </w:rPr>
      </w:pPr>
    </w:p>
    <w:p w14:paraId="058985A9" w14:textId="77777777" w:rsidR="00804731" w:rsidRPr="006D0988" w:rsidRDefault="00000000" w:rsidP="006778D9">
      <w:pPr>
        <w:pStyle w:val="Listadokumentu"/>
        <w:keepNext/>
        <w:spacing w:before="120"/>
        <w:ind w:left="0" w:firstLine="0"/>
        <w:rPr>
          <w:lang w:val="pl-PL"/>
        </w:rPr>
      </w:pPr>
      <w:r w:rsidRPr="006D0988">
        <w:rPr>
          <w:b/>
          <w:lang w:val="pl-PL"/>
        </w:rPr>
        <w:t>VI. Planowany termin zatrudnienia i wynagrodzenie</w:t>
      </w:r>
    </w:p>
    <w:p w14:paraId="07D9467E" w14:textId="77777777" w:rsidR="00804731" w:rsidRPr="00E812E1" w:rsidRDefault="00000000">
      <w:pPr>
        <w:rPr>
          <w:lang w:val="pl-PL"/>
        </w:rPr>
      </w:pPr>
      <w:r w:rsidRPr="00E812E1">
        <w:rPr>
          <w:lang w:val="pl-PL"/>
        </w:rPr>
        <w:t>Planowany termin zatrudnienia: 1 stycznia 2027 r.</w:t>
      </w:r>
    </w:p>
    <w:p w14:paraId="3571F5B0" w14:textId="3E35175F" w:rsidR="00804731" w:rsidRPr="00E812E1" w:rsidRDefault="00000000">
      <w:pPr>
        <w:rPr>
          <w:lang w:val="pl-PL"/>
        </w:rPr>
      </w:pPr>
      <w:r w:rsidRPr="00E812E1">
        <w:rPr>
          <w:lang w:val="pl-PL"/>
        </w:rPr>
        <w:t xml:space="preserve">Planowane miesięczne wynagrodzenie zasadnicze przy zatrudnieniu w wymiarze ¾ etatu wynosi </w:t>
      </w:r>
      <w:r w:rsidR="00E812E1">
        <w:rPr>
          <w:lang w:val="pl-PL"/>
        </w:rPr>
        <w:br/>
      </w:r>
      <w:r w:rsidRPr="00E812E1">
        <w:rPr>
          <w:lang w:val="pl-PL"/>
        </w:rPr>
        <w:t xml:space="preserve">6500 zł brutto. Ponadto przysługuje dodatek za wieloletnią pracę oraz inne składniki wynagrodzenia na zasadach wynikających z obowiązujących przepisów i Regulaminu wynagradzania pracowników Urzędu Gminy w Pawłowie. </w:t>
      </w:r>
    </w:p>
    <w:p w14:paraId="6FEB3754" w14:textId="77777777" w:rsidR="00E333F3" w:rsidRPr="006D0988" w:rsidRDefault="00E333F3">
      <w:pPr>
        <w:keepNext/>
        <w:spacing w:before="120"/>
        <w:rPr>
          <w:b/>
          <w:lang w:val="pl-PL"/>
        </w:rPr>
      </w:pPr>
    </w:p>
    <w:p w14:paraId="2DB67BEA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VII. Wymagane dokumenty</w:t>
      </w:r>
    </w:p>
    <w:p w14:paraId="4CBC9726" w14:textId="77777777" w:rsidR="00804731" w:rsidRPr="006D0988" w:rsidRDefault="00000000">
      <w:pPr>
        <w:pStyle w:val="Listadokumentu"/>
        <w:rPr>
          <w:lang w:val="pl-PL"/>
        </w:rPr>
      </w:pPr>
      <w:r w:rsidRPr="00EA6977">
        <w:rPr>
          <w:bCs/>
          <w:lang w:val="pl-PL"/>
        </w:rPr>
        <w:t>1)</w:t>
      </w:r>
      <w:r w:rsidRPr="006D0988">
        <w:rPr>
          <w:b/>
          <w:lang w:val="pl-PL"/>
        </w:rPr>
        <w:t xml:space="preserve"> </w:t>
      </w:r>
      <w:r w:rsidRPr="006D0988">
        <w:rPr>
          <w:lang w:val="pl-PL"/>
        </w:rPr>
        <w:t>list motywacyjny;</w:t>
      </w:r>
    </w:p>
    <w:p w14:paraId="79FF7028" w14:textId="77777777" w:rsidR="00804731" w:rsidRPr="006D0988" w:rsidRDefault="00000000">
      <w:pPr>
        <w:pStyle w:val="Listadokumentu"/>
        <w:rPr>
          <w:lang w:val="pl-PL"/>
        </w:rPr>
      </w:pPr>
      <w:r w:rsidRPr="00EA6977">
        <w:rPr>
          <w:bCs/>
          <w:lang w:val="pl-PL"/>
        </w:rPr>
        <w:t>2)</w:t>
      </w:r>
      <w:r w:rsidRPr="006D0988">
        <w:rPr>
          <w:b/>
          <w:lang w:val="pl-PL"/>
        </w:rPr>
        <w:t xml:space="preserve"> </w:t>
      </w:r>
      <w:r w:rsidRPr="006D0988">
        <w:rPr>
          <w:lang w:val="pl-PL"/>
        </w:rPr>
        <w:t>życiorys zawodowy (CV);</w:t>
      </w:r>
    </w:p>
    <w:p w14:paraId="577EA930" w14:textId="77777777" w:rsidR="00804731" w:rsidRPr="006D0988" w:rsidRDefault="00000000">
      <w:pPr>
        <w:pStyle w:val="Listadokumentu"/>
        <w:rPr>
          <w:lang w:val="pl-PL"/>
        </w:rPr>
      </w:pPr>
      <w:r w:rsidRPr="006D0988">
        <w:rPr>
          <w:lang w:val="pl-PL"/>
        </w:rPr>
        <w:t>3) kwestionariusz osobowy dla osoby ubiegającej się o zatrudnienie – według wzoru stanowiącego załącznik nr 1 do ogłoszenia;</w:t>
      </w:r>
    </w:p>
    <w:p w14:paraId="312D7D9D" w14:textId="77777777" w:rsidR="00804731" w:rsidRPr="006D0988" w:rsidRDefault="00000000">
      <w:pPr>
        <w:pStyle w:val="Listadokumentu"/>
        <w:rPr>
          <w:lang w:val="pl-PL"/>
        </w:rPr>
      </w:pPr>
      <w:r w:rsidRPr="00EA6977">
        <w:rPr>
          <w:bCs/>
          <w:lang w:val="pl-PL"/>
        </w:rPr>
        <w:t>4)</w:t>
      </w:r>
      <w:r w:rsidRPr="006D0988">
        <w:rPr>
          <w:b/>
          <w:lang w:val="pl-PL"/>
        </w:rPr>
        <w:t xml:space="preserve"> </w:t>
      </w:r>
      <w:r w:rsidRPr="006D0988">
        <w:rPr>
          <w:lang w:val="pl-PL"/>
        </w:rPr>
        <w:t>kopie dokumentów potwierdzających wymagane wykształcenie;</w:t>
      </w:r>
    </w:p>
    <w:p w14:paraId="3938CE72" w14:textId="77777777" w:rsidR="00804731" w:rsidRPr="00152D13" w:rsidRDefault="00000000">
      <w:pPr>
        <w:pStyle w:val="Listadokumentu"/>
        <w:rPr>
          <w:lang w:val="pl-PL"/>
        </w:rPr>
      </w:pPr>
      <w:r w:rsidRPr="00D60CB1">
        <w:rPr>
          <w:color w:val="000000"/>
          <w:lang w:val="pl-PL"/>
        </w:rPr>
        <w:t xml:space="preserve">5) kopie świadectw </w:t>
      </w:r>
      <w:r w:rsidRPr="00152D13">
        <w:rPr>
          <w:lang w:val="pl-PL"/>
        </w:rPr>
        <w:t>pracy, a w przypadku trwającego zatrudnienia również zaświadczeń pracodawcy lub innych dokumentów, potwierdzających staż pracy wymagany w art. 5 ust. 2 ustawy o pracownikach samorządowych;</w:t>
      </w:r>
    </w:p>
    <w:p w14:paraId="5354C028" w14:textId="77777777" w:rsidR="00804731" w:rsidRPr="006D0988" w:rsidRDefault="00000000">
      <w:pPr>
        <w:pStyle w:val="Listadokumentu"/>
        <w:rPr>
          <w:lang w:val="pl-PL"/>
        </w:rPr>
      </w:pPr>
      <w:r w:rsidRPr="00EA6977">
        <w:rPr>
          <w:bCs/>
          <w:lang w:val="pl-PL"/>
        </w:rPr>
        <w:t>6)</w:t>
      </w:r>
      <w:r w:rsidRPr="006D0988">
        <w:rPr>
          <w:b/>
          <w:lang w:val="pl-PL"/>
        </w:rPr>
        <w:t xml:space="preserve"> </w:t>
      </w:r>
      <w:r w:rsidRPr="006D0988">
        <w:rPr>
          <w:lang w:val="pl-PL"/>
        </w:rPr>
        <w:t>kopie dokumentów potwierdzających dodatkowe kwalifikacje i umiejętności – jeżeli kandydat chce je wykazać;</w:t>
      </w:r>
    </w:p>
    <w:p w14:paraId="755CA914" w14:textId="77777777" w:rsidR="00804731" w:rsidRPr="006D0988" w:rsidRDefault="00000000">
      <w:pPr>
        <w:pStyle w:val="Listadokumentu"/>
        <w:rPr>
          <w:lang w:val="pl-PL"/>
        </w:rPr>
      </w:pPr>
      <w:r w:rsidRPr="00D60CB1">
        <w:rPr>
          <w:color w:val="000000"/>
          <w:lang w:val="pl-PL"/>
        </w:rPr>
        <w:t xml:space="preserve">7) oświadczenie o posiadaniu obywatelstwa </w:t>
      </w:r>
      <w:r w:rsidRPr="00152D13">
        <w:rPr>
          <w:lang w:val="pl-PL"/>
        </w:rPr>
        <w:t>polskiego;</w:t>
      </w:r>
    </w:p>
    <w:p w14:paraId="7ECF4957" w14:textId="77777777" w:rsidR="00804731" w:rsidRPr="006D0988" w:rsidRDefault="00000000">
      <w:pPr>
        <w:pStyle w:val="Listadokumentu"/>
        <w:rPr>
          <w:lang w:val="pl-PL"/>
        </w:rPr>
      </w:pPr>
      <w:r w:rsidRPr="00EA6977">
        <w:rPr>
          <w:bCs/>
          <w:lang w:val="pl-PL"/>
        </w:rPr>
        <w:t>8)</w:t>
      </w:r>
      <w:r w:rsidRPr="006D0988">
        <w:rPr>
          <w:b/>
          <w:lang w:val="pl-PL"/>
        </w:rPr>
        <w:t xml:space="preserve"> </w:t>
      </w:r>
      <w:r w:rsidRPr="006D0988">
        <w:rPr>
          <w:lang w:val="pl-PL"/>
        </w:rPr>
        <w:t>oświadczenie o pełnej zdolności do czynności prawnych i korzystaniu z pełni praw publicznych;</w:t>
      </w:r>
    </w:p>
    <w:p w14:paraId="713D9027" w14:textId="77777777" w:rsidR="00804731" w:rsidRPr="006D0988" w:rsidRDefault="00000000">
      <w:pPr>
        <w:pStyle w:val="Listadokumentu"/>
        <w:rPr>
          <w:lang w:val="pl-PL"/>
        </w:rPr>
      </w:pPr>
      <w:r w:rsidRPr="00EA6977">
        <w:rPr>
          <w:bCs/>
          <w:lang w:val="pl-PL"/>
        </w:rPr>
        <w:t>9)</w:t>
      </w:r>
      <w:r w:rsidRPr="006D0988">
        <w:rPr>
          <w:b/>
          <w:lang w:val="pl-PL"/>
        </w:rPr>
        <w:t xml:space="preserve"> </w:t>
      </w:r>
      <w:r w:rsidRPr="006D0988">
        <w:rPr>
          <w:lang w:val="pl-PL"/>
        </w:rPr>
        <w:t>oświadczenie o braku prawomocnego skazania za umyślne przestępstwo ścigane z oskarżenia publicznego lub umyślne przestępstwo skarbowe;</w:t>
      </w:r>
    </w:p>
    <w:p w14:paraId="61D02A9E" w14:textId="77777777" w:rsidR="00804731" w:rsidRPr="006D0988" w:rsidRDefault="00000000" w:rsidP="00EA425D">
      <w:pPr>
        <w:pStyle w:val="Listadokumentu"/>
        <w:rPr>
          <w:lang w:val="pl-PL"/>
        </w:rPr>
      </w:pPr>
      <w:r w:rsidRPr="00EA6977">
        <w:rPr>
          <w:bCs/>
          <w:lang w:val="pl-PL"/>
        </w:rPr>
        <w:t>10)</w:t>
      </w:r>
      <w:r w:rsidRPr="006D0988">
        <w:rPr>
          <w:b/>
          <w:lang w:val="pl-PL"/>
        </w:rPr>
        <w:t xml:space="preserve"> </w:t>
      </w:r>
      <w:r w:rsidRPr="006D0988">
        <w:rPr>
          <w:lang w:val="pl-PL"/>
        </w:rPr>
        <w:t>oświadczenie o nieposzlakowanej opinii;</w:t>
      </w:r>
    </w:p>
    <w:p w14:paraId="09FFD262" w14:textId="77777777" w:rsidR="00D77072" w:rsidRPr="006D0988" w:rsidRDefault="00D77072">
      <w:pPr>
        <w:rPr>
          <w:lang w:val="pl-PL"/>
        </w:rPr>
      </w:pPr>
    </w:p>
    <w:p w14:paraId="3636AB0E" w14:textId="77777777" w:rsidR="00804731" w:rsidRPr="00152D13" w:rsidRDefault="00000000">
      <w:pPr>
        <w:rPr>
          <w:lang w:val="pl-PL"/>
        </w:rPr>
      </w:pPr>
      <w:r w:rsidRPr="00D60CB1">
        <w:rPr>
          <w:color w:val="000000"/>
          <w:lang w:val="pl-PL"/>
        </w:rPr>
        <w:t>Dokumenty i oświadczenia wymagające podpisu powinny być podpisane przez kandydata. Kopie dokumentów powinny być czytelne; kandydat wybrany do zatrudnienia może zostać wezwany do okazania oryginałów. Dokumenty obcojęzyczne należy złożyć wraz z tłumaczeniem na język polski.</w:t>
      </w:r>
      <w:r w:rsidRPr="00D60CB1">
        <w:rPr>
          <w:color w:val="C00000"/>
          <w:lang w:val="pl-PL"/>
        </w:rPr>
        <w:t xml:space="preserve"> </w:t>
      </w:r>
      <w:r w:rsidRPr="00152D13">
        <w:rPr>
          <w:lang w:val="pl-PL"/>
        </w:rPr>
        <w:t>Oświadczenia i dokumenty składane elektronicznie powinny być podpisane zgodnie z informacją w rozdziale IX.</w:t>
      </w:r>
    </w:p>
    <w:p w14:paraId="6A4D0D6D" w14:textId="77777777" w:rsidR="006778D9" w:rsidRPr="006D0988" w:rsidRDefault="006778D9">
      <w:pPr>
        <w:keepNext/>
        <w:spacing w:before="120"/>
        <w:rPr>
          <w:b/>
          <w:color w:val="C00000"/>
          <w:lang w:val="pl-PL"/>
        </w:rPr>
      </w:pPr>
    </w:p>
    <w:p w14:paraId="29090A88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VIII. Informacja o wskaźniku zatrudnienia osób z niepełnosprawnościami</w:t>
      </w:r>
    </w:p>
    <w:p w14:paraId="5AE5C784" w14:textId="77777777" w:rsidR="00804731" w:rsidRPr="0007755E" w:rsidRDefault="00000000">
      <w:pPr>
        <w:rPr>
          <w:lang w:val="pl-PL"/>
        </w:rPr>
      </w:pPr>
      <w:r w:rsidRPr="0007755E">
        <w:rPr>
          <w:lang w:val="pl-PL"/>
        </w:rPr>
        <w:t>W miesiącu poprzedzającym datę opublikowania ogłoszenia wskaźnik zatrudnienia osób z niepełnosprawnościami w Urzędzie Gminy w Pawłowie, w rozumieniu przepisów o rehabilitacji zawodowej i społecznej oraz zatrudnianiu osób niepełnosprawnych, był niższy niż 6%.</w:t>
      </w:r>
    </w:p>
    <w:p w14:paraId="3C23F110" w14:textId="77777777" w:rsidR="00671A7D" w:rsidRPr="00152D13" w:rsidRDefault="00000000">
      <w:pPr>
        <w:spacing w:after="40"/>
        <w:rPr>
          <w:lang w:val="pl-PL"/>
        </w:rPr>
      </w:pPr>
      <w:r w:rsidRPr="00152D13">
        <w:rPr>
          <w:lang w:val="pl-PL"/>
        </w:rPr>
        <w:t>Z uwagi na kierowniczy charakter stanowiska nie ma zastosowania pierwszeństwo w zatrudnieniu, o którym mowa w art. 13a ust. 2 ustawy o pracownikach samorządowych.</w:t>
      </w:r>
    </w:p>
    <w:p w14:paraId="49E3D20C" w14:textId="77777777" w:rsidR="006778D9" w:rsidRPr="006D0988" w:rsidRDefault="006778D9">
      <w:pPr>
        <w:keepNext/>
        <w:spacing w:before="120"/>
        <w:rPr>
          <w:b/>
          <w:color w:val="C00000"/>
          <w:lang w:val="pl-PL"/>
        </w:rPr>
      </w:pPr>
    </w:p>
    <w:p w14:paraId="43FDEB07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IX. Termin i miejsce składania dokumentów</w:t>
      </w:r>
    </w:p>
    <w:p w14:paraId="7F2E4F1E" w14:textId="77777777" w:rsidR="00804731" w:rsidRPr="00152D13" w:rsidRDefault="00000000">
      <w:pPr>
        <w:rPr>
          <w:lang w:val="pl-PL"/>
        </w:rPr>
      </w:pPr>
      <w:r w:rsidRPr="00152D13">
        <w:rPr>
          <w:lang w:val="pl-PL"/>
        </w:rPr>
        <w:t>Dokumenty aplikacyjne należy złożyć z dopiskiem „Nabór – Sekretarz Gminy Pawłów” w jeden z następujących sposobów:</w:t>
      </w:r>
    </w:p>
    <w:p w14:paraId="2E9E4176" w14:textId="3584EBF3" w:rsidR="00804731" w:rsidRPr="00152D13" w:rsidRDefault="00000000" w:rsidP="006778D9">
      <w:pPr>
        <w:pStyle w:val="Listadokumentu"/>
        <w:numPr>
          <w:ilvl w:val="0"/>
          <w:numId w:val="16"/>
        </w:numPr>
        <w:rPr>
          <w:lang w:val="pl-PL"/>
        </w:rPr>
      </w:pPr>
      <w:r w:rsidRPr="00152D13">
        <w:rPr>
          <w:lang w:val="pl-PL"/>
        </w:rPr>
        <w:t>osobiście, w zamkniętej kopercie, w sekretariacie Urzędu Gminy w Pawłowie: Pawłów 4</w:t>
      </w:r>
      <w:r w:rsidR="00D60CB1" w:rsidRPr="00152D13">
        <w:rPr>
          <w:lang w:val="pl-PL"/>
        </w:rPr>
        <w:t>6</w:t>
      </w:r>
      <w:r w:rsidRPr="00152D13">
        <w:rPr>
          <w:lang w:val="pl-PL"/>
        </w:rPr>
        <w:t xml:space="preserve"> (budynek nad OSP Pawłów, I piętro), 27-225 Pawłów;</w:t>
      </w:r>
    </w:p>
    <w:p w14:paraId="0842269C" w14:textId="2CEC0D96" w:rsidR="00804731" w:rsidRPr="00152D13" w:rsidRDefault="00000000" w:rsidP="006778D9">
      <w:pPr>
        <w:pStyle w:val="Listadokumentu"/>
        <w:numPr>
          <w:ilvl w:val="0"/>
          <w:numId w:val="16"/>
        </w:numPr>
        <w:rPr>
          <w:lang w:val="pl-PL"/>
        </w:rPr>
      </w:pPr>
      <w:r w:rsidRPr="00152D13">
        <w:rPr>
          <w:lang w:val="pl-PL"/>
        </w:rPr>
        <w:t xml:space="preserve">pocztą, w zamkniętej kopercie, na adres korespondencyjny: Urząd Gminy w Pawłowie, Pawłów </w:t>
      </w:r>
      <w:r w:rsidR="00D60CB1" w:rsidRPr="00152D13">
        <w:rPr>
          <w:lang w:val="pl-PL"/>
        </w:rPr>
        <w:t>46</w:t>
      </w:r>
      <w:r w:rsidRPr="00152D13">
        <w:rPr>
          <w:lang w:val="pl-PL"/>
        </w:rPr>
        <w:t>, 27-225 Pawłów – decyduje data wpływu do Urzędu;</w:t>
      </w:r>
    </w:p>
    <w:p w14:paraId="6CCFE0DF" w14:textId="77777777" w:rsidR="00804731" w:rsidRPr="00152D13" w:rsidRDefault="00000000" w:rsidP="006778D9">
      <w:pPr>
        <w:pStyle w:val="Listadokumentu"/>
        <w:numPr>
          <w:ilvl w:val="0"/>
          <w:numId w:val="16"/>
        </w:numPr>
        <w:rPr>
          <w:lang w:val="pl-PL"/>
        </w:rPr>
      </w:pPr>
      <w:r w:rsidRPr="00152D13">
        <w:rPr>
          <w:lang w:val="pl-PL"/>
        </w:rPr>
        <w:t>elektronicznie na adres do e-Doręczeń: AE:PL-81512-67806-CIDDU-34 (w tytule korespondencji należy wskazać „Nabór – Sekretarz Gminy Pawłów”).</w:t>
      </w:r>
    </w:p>
    <w:p w14:paraId="7DF2BFAC" w14:textId="77777777" w:rsidR="006778D9" w:rsidRPr="006D0988" w:rsidRDefault="006778D9">
      <w:pPr>
        <w:pStyle w:val="Listadokumentu"/>
        <w:rPr>
          <w:lang w:val="pl-PL"/>
        </w:rPr>
      </w:pPr>
    </w:p>
    <w:p w14:paraId="64B022A4" w14:textId="783D72F6" w:rsidR="00804731" w:rsidRPr="00144D56" w:rsidRDefault="00000000">
      <w:pPr>
        <w:rPr>
          <w:lang w:val="pl-PL"/>
        </w:rPr>
      </w:pPr>
      <w:r w:rsidRPr="00D60CB1">
        <w:rPr>
          <w:color w:val="000000"/>
          <w:lang w:val="pl-PL"/>
        </w:rPr>
        <w:t xml:space="preserve">Termin składania dokumentów: do dnia </w:t>
      </w:r>
      <w:r w:rsidRPr="00152D13">
        <w:rPr>
          <w:lang w:val="pl-PL"/>
        </w:rPr>
        <w:t>1</w:t>
      </w:r>
      <w:r w:rsidR="00152D13" w:rsidRPr="00152D13">
        <w:rPr>
          <w:lang w:val="pl-PL"/>
        </w:rPr>
        <w:t>6</w:t>
      </w:r>
      <w:r w:rsidRPr="00D60CB1">
        <w:rPr>
          <w:color w:val="000000"/>
          <w:lang w:val="pl-PL"/>
        </w:rPr>
        <w:t xml:space="preserve"> listopada 2026 r. do godz. </w:t>
      </w:r>
      <w:r w:rsidR="00B333A8">
        <w:rPr>
          <w:color w:val="000000"/>
          <w:lang w:val="pl-PL"/>
        </w:rPr>
        <w:t>9</w:t>
      </w:r>
      <w:r w:rsidRPr="00D60CB1">
        <w:rPr>
          <w:color w:val="000000"/>
          <w:lang w:val="pl-PL"/>
        </w:rPr>
        <w:t>:00.</w:t>
      </w:r>
    </w:p>
    <w:p w14:paraId="542DE2D7" w14:textId="77777777" w:rsidR="006778D9" w:rsidRPr="006D0988" w:rsidRDefault="006778D9">
      <w:pPr>
        <w:rPr>
          <w:color w:val="C00000"/>
          <w:lang w:val="pl-PL"/>
        </w:rPr>
      </w:pPr>
    </w:p>
    <w:p w14:paraId="7F643635" w14:textId="77777777" w:rsidR="00804731" w:rsidRPr="00152D13" w:rsidRDefault="00000000">
      <w:pPr>
        <w:rPr>
          <w:lang w:val="pl-PL"/>
        </w:rPr>
      </w:pPr>
      <w:r w:rsidRPr="00152D13">
        <w:rPr>
          <w:lang w:val="pl-PL"/>
        </w:rPr>
        <w:t>Dokumenty i oświadczenia składane elektronicznie, które wymagają podpisu, powinny być opatrzone kwalifikowanym podpisem elektronicznym, podpisem zaufanym albo podpisem osobistym. Za termin złożenia oferty elektronicznej uważa się datę i godzinę jej wpływu na adres do e-Doręczeń Urzędu.</w:t>
      </w:r>
    </w:p>
    <w:p w14:paraId="428082DE" w14:textId="77777777" w:rsidR="00804731" w:rsidRPr="00152D13" w:rsidRDefault="00000000">
      <w:pPr>
        <w:rPr>
          <w:lang w:val="pl-PL"/>
        </w:rPr>
      </w:pPr>
      <w:r w:rsidRPr="00152D13">
        <w:rPr>
          <w:lang w:val="pl-PL"/>
        </w:rPr>
        <w:t>Dodatkowe informacje można uzyskać pod numerem telefonu 41 272 16 70, wew. 61.</w:t>
      </w:r>
    </w:p>
    <w:p w14:paraId="572962FA" w14:textId="77777777" w:rsidR="00804731" w:rsidRPr="00152D13" w:rsidRDefault="00000000">
      <w:pPr>
        <w:rPr>
          <w:lang w:val="pl-PL"/>
        </w:rPr>
      </w:pPr>
      <w:r w:rsidRPr="00152D13">
        <w:rPr>
          <w:lang w:val="pl-PL"/>
        </w:rPr>
        <w:t>Oferty niekompletne lub złożone po terminie nie będą rozpatrywane.</w:t>
      </w:r>
    </w:p>
    <w:p w14:paraId="69C6F2F9" w14:textId="77777777" w:rsidR="006778D9" w:rsidRPr="006D0988" w:rsidRDefault="006778D9">
      <w:pPr>
        <w:rPr>
          <w:lang w:val="pl-PL"/>
        </w:rPr>
      </w:pPr>
    </w:p>
    <w:p w14:paraId="106438B7" w14:textId="77777777" w:rsidR="00804731" w:rsidRPr="006D0988" w:rsidRDefault="00000000">
      <w:pPr>
        <w:keepNext/>
        <w:spacing w:before="120"/>
        <w:rPr>
          <w:lang w:val="pl-PL"/>
        </w:rPr>
      </w:pPr>
      <w:r w:rsidRPr="006D0988">
        <w:rPr>
          <w:b/>
          <w:lang w:val="pl-PL"/>
        </w:rPr>
        <w:t>X. Pozostałe informacje</w:t>
      </w:r>
    </w:p>
    <w:p w14:paraId="6FE07A6D" w14:textId="77777777" w:rsidR="00804731" w:rsidRPr="006D0988" w:rsidRDefault="00000000" w:rsidP="006778D9">
      <w:pPr>
        <w:pStyle w:val="Listadokumentu"/>
        <w:numPr>
          <w:ilvl w:val="0"/>
          <w:numId w:val="17"/>
        </w:numPr>
        <w:rPr>
          <w:lang w:val="pl-PL"/>
        </w:rPr>
      </w:pPr>
      <w:r w:rsidRPr="006D0988">
        <w:rPr>
          <w:lang w:val="pl-PL"/>
        </w:rPr>
        <w:t>Nabór przeprowadzi komisja powołana przez Wójta Gminy Pawłów zgodnie z obowiązującym Regulaminem naboru.</w:t>
      </w:r>
    </w:p>
    <w:p w14:paraId="11C59F69" w14:textId="77777777" w:rsidR="00804731" w:rsidRPr="006D0988" w:rsidRDefault="00000000" w:rsidP="006778D9">
      <w:pPr>
        <w:pStyle w:val="Listadokumentu"/>
        <w:numPr>
          <w:ilvl w:val="0"/>
          <w:numId w:val="17"/>
        </w:numPr>
        <w:rPr>
          <w:lang w:val="pl-PL"/>
        </w:rPr>
      </w:pPr>
      <w:r w:rsidRPr="006D0988">
        <w:rPr>
          <w:lang w:val="pl-PL"/>
        </w:rPr>
        <w:t>Pierwszy etap obejmie ocenę formalną dokumentów. Drugi etap może obejmować rozmowę kwalifikacyjną, test wiedzy lub inne metody przewidziane w Regulaminie naboru.</w:t>
      </w:r>
    </w:p>
    <w:p w14:paraId="658143B4" w14:textId="77777777" w:rsidR="00804731" w:rsidRPr="006D0988" w:rsidRDefault="00000000" w:rsidP="006778D9">
      <w:pPr>
        <w:pStyle w:val="Listadokumentu"/>
        <w:numPr>
          <w:ilvl w:val="0"/>
          <w:numId w:val="17"/>
        </w:numPr>
        <w:rPr>
          <w:lang w:val="pl-PL"/>
        </w:rPr>
      </w:pPr>
      <w:r w:rsidRPr="006D0988">
        <w:rPr>
          <w:lang w:val="pl-PL"/>
        </w:rPr>
        <w:t>Kandydaci spełniający wymagania formalne zostaną poinformowani o terminie i sposobie przeprowadzenia kolejnego etapu naboru.</w:t>
      </w:r>
    </w:p>
    <w:p w14:paraId="2B0F31F3" w14:textId="77777777" w:rsidR="00804731" w:rsidRPr="00152D13" w:rsidRDefault="00000000" w:rsidP="006778D9">
      <w:pPr>
        <w:pStyle w:val="Listadokumentu"/>
        <w:numPr>
          <w:ilvl w:val="0"/>
          <w:numId w:val="17"/>
        </w:numPr>
        <w:rPr>
          <w:lang w:val="pl-PL"/>
        </w:rPr>
      </w:pPr>
      <w:r w:rsidRPr="00152D13">
        <w:rPr>
          <w:lang w:val="pl-PL"/>
        </w:rPr>
        <w:t>Informacja o wyniku naboru zostanie niezwłocznie opublikowana w Biuletynie Informacji Publicznej oraz na tablicy informacyjnej Urzędu przez okres co najmniej 3 miesięcy, zgodnie z art. 15 ustawy o pracownikach samorządowych.</w:t>
      </w:r>
    </w:p>
    <w:p w14:paraId="00FBFDCA" w14:textId="77777777" w:rsidR="00A15923" w:rsidRDefault="00A15923" w:rsidP="00A15923">
      <w:pPr>
        <w:pStyle w:val="Listadokumentu"/>
        <w:numPr>
          <w:ilvl w:val="0"/>
          <w:numId w:val="19"/>
        </w:numPr>
        <w:rPr>
          <w:lang w:val="pl-PL"/>
        </w:rPr>
      </w:pPr>
      <w:r>
        <w:rPr>
          <w:lang w:val="pl-PL"/>
        </w:rPr>
        <w:t>Wójt Gminy Pawłów może unieważnić nabór w uzasadnionych przypadkach. Informacja o unieważnieniu wraz z uzasadnieniem zostanie opublikowana w sposób właściwy dla ogłoszenia o naborze.</w:t>
      </w:r>
    </w:p>
    <w:p w14:paraId="5E43DEEF" w14:textId="77777777" w:rsidR="00804731" w:rsidRDefault="00000000" w:rsidP="006778D9">
      <w:pPr>
        <w:pStyle w:val="Listadokumentu"/>
        <w:numPr>
          <w:ilvl w:val="0"/>
          <w:numId w:val="17"/>
        </w:numPr>
        <w:rPr>
          <w:lang w:val="pl-PL"/>
        </w:rPr>
      </w:pPr>
      <w:r w:rsidRPr="00F82EB8">
        <w:rPr>
          <w:lang w:val="pl-PL"/>
        </w:rPr>
        <w:t>Dokumentacja naboru będzie przechowywana przez okres wynikający z przepisów kancelaryjno-archiwalnych i jednolitego rzeczowego wykazu akt. Pozostałe dokumenty zostaną zwrócone albo zniszczone zgodnie z zasadami obowiązującymi w Urzędzie i przepisami o ochronie danych osobowych</w:t>
      </w:r>
      <w:r w:rsidR="00A15923">
        <w:rPr>
          <w:lang w:val="pl-PL"/>
        </w:rPr>
        <w:t xml:space="preserve">. </w:t>
      </w:r>
    </w:p>
    <w:p w14:paraId="6F76942A" w14:textId="77777777" w:rsidR="00D60CB1" w:rsidRPr="00F82EB8" w:rsidRDefault="00D60CB1" w:rsidP="00D60CB1">
      <w:pPr>
        <w:pStyle w:val="Listadokumentu"/>
        <w:ind w:left="834" w:firstLine="0"/>
        <w:rPr>
          <w:lang w:val="pl-PL"/>
        </w:rPr>
      </w:pPr>
    </w:p>
    <w:p w14:paraId="6CCC6BA3" w14:textId="77777777" w:rsidR="00804731" w:rsidRDefault="00000000" w:rsidP="00F82EB8">
      <w:pPr>
        <w:pStyle w:val="Listadokumentu"/>
        <w:keepNext/>
        <w:ind w:left="834" w:firstLine="0"/>
        <w:rPr>
          <w:b/>
          <w:sz w:val="24"/>
          <w:lang w:val="pl-PL"/>
        </w:rPr>
      </w:pPr>
      <w:r w:rsidRPr="00F82EB8">
        <w:rPr>
          <w:b/>
          <w:sz w:val="24"/>
          <w:lang w:val="pl-PL"/>
        </w:rPr>
        <w:lastRenderedPageBreak/>
        <w:t>KLAUZULA INFORMACYJNA DLA KANDYDATÓW DO PRACY</w:t>
      </w:r>
    </w:p>
    <w:p w14:paraId="49EBB040" w14:textId="77777777" w:rsidR="00D60CB1" w:rsidRPr="00F82EB8" w:rsidRDefault="00D60CB1" w:rsidP="00F82EB8">
      <w:pPr>
        <w:pStyle w:val="Listadokumentu"/>
        <w:keepNext/>
        <w:ind w:left="834" w:firstLine="0"/>
        <w:rPr>
          <w:lang w:val="pl-PL"/>
        </w:rPr>
      </w:pPr>
    </w:p>
    <w:p w14:paraId="794A3855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D60CB1">
        <w:rPr>
          <w:color w:val="000000"/>
          <w:lang w:val="pl-PL"/>
        </w:rPr>
        <w:t xml:space="preserve">1. </w:t>
      </w:r>
      <w:r w:rsidRPr="00152D13">
        <w:rPr>
          <w:lang w:val="pl-PL"/>
        </w:rPr>
        <w:t xml:space="preserve">Administratorem Pani/Pana danych osobowych w związku z naborem jest Urząd Gminy w Pawłowie (pracodawca), Pawłów 56, 27-225 Pawłów, reprezentowany przez Wójta Gminy Pawłów. Z administratorem można kontaktować się listownie na wskazany adres, pocztą elektroniczną: urzad@pawlow.pl, telefonicznie: 41 272 16 14, przez </w:t>
      </w:r>
      <w:proofErr w:type="spellStart"/>
      <w:r w:rsidRPr="00152D13">
        <w:rPr>
          <w:lang w:val="pl-PL"/>
        </w:rPr>
        <w:t>ePUAP</w:t>
      </w:r>
      <w:proofErr w:type="spellEnd"/>
      <w:r w:rsidRPr="00152D13">
        <w:rPr>
          <w:lang w:val="pl-PL"/>
        </w:rPr>
        <w:t xml:space="preserve"> oraz za pośrednictwem adresu do e-Doręczeń: AE:PL-81512-67806-CIDDU-34.</w:t>
      </w:r>
    </w:p>
    <w:p w14:paraId="2F601947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b/>
          <w:lang w:val="pl-PL"/>
        </w:rPr>
        <w:t xml:space="preserve">2. </w:t>
      </w:r>
      <w:r w:rsidRPr="00152D13">
        <w:rPr>
          <w:lang w:val="pl-PL"/>
        </w:rPr>
        <w:t>Administrator wyznaczył Inspektora Ochrony Danych, z którym można kontaktować się pod adresem e-mail: iod@pawlow.pl lub telefonicznie: 41 272 16 14, wew. 127.</w:t>
      </w:r>
    </w:p>
    <w:p w14:paraId="14B69123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lang w:val="pl-PL"/>
        </w:rPr>
        <w:t>3. Dane osobowe będą przetwarzane w celu przeprowadzenia naboru i wyboru kandydata do zatrudnienia: a) w zakresie danych wymaganych przepisami prawa – na podstawie art. 6 ust. 1 lit. c RODO w związku z art. 22¹ Kodeksu pracy oraz ustawą o pracownikach samorządowych; b) w zakresie dodatkowych danych zwykłych przekazanych z inicjatywy kandydata – na podstawie art. 6 ust. 1 lit. a RODO i art. 22¹a Kodeksu pracy; c) w zakresie dobrowolnie ujawnionych szczególnych kategorii danych, których przetwarzanie jest dopuszczalne – na podstawie wyraźnej zgody, tj. art. 9 ust. 2 lit. a RODO oraz art. 22¹b Kodeksu pracy. W niniejszym naborze nie stosuje się pierwszeństwa w zatrudnieniu określonego w art. 13a ust. 2 ustawy o pracownikach samorządowych.</w:t>
      </w:r>
    </w:p>
    <w:p w14:paraId="3AEAA51C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b/>
          <w:lang w:val="pl-PL"/>
        </w:rPr>
        <w:t xml:space="preserve">4. </w:t>
      </w:r>
      <w:r w:rsidRPr="00152D13">
        <w:rPr>
          <w:lang w:val="pl-PL"/>
        </w:rPr>
        <w:t>Odbiorcami danych mogą być osoby upoważnione przez administratora, podmioty świadczące na jego rzecz usługi informatyczne, pocztowe, doręczeniowe i archiwizacyjne oraz organy lub podmioty uprawnione do uzyskania danych na podstawie przepisów prawa. Informacje dotyczące kandydatów i wyniku naboru mogą zostać udostępnione w zakresie wynikającym z ustawy o pracownikach samorządowych i przepisów o dostępie do informacji publicznej.</w:t>
      </w:r>
    </w:p>
    <w:p w14:paraId="56CD0241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b/>
          <w:lang w:val="pl-PL"/>
        </w:rPr>
        <w:t xml:space="preserve">5. </w:t>
      </w:r>
      <w:r w:rsidRPr="00152D13">
        <w:rPr>
          <w:lang w:val="pl-PL"/>
        </w:rPr>
        <w:t>Dane nie będą przekazywane do państwa trzeciego ani organizacji międzynarodowej, chyba że obowiązek taki będzie wynikał z przepisów prawa lub z używanych, zgodnych z prawem narzędzi teleinformatycznych; w takim przypadku kandydat otrzyma wymagane informacje.</w:t>
      </w:r>
    </w:p>
    <w:p w14:paraId="11DC64B6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lang w:val="pl-PL"/>
        </w:rPr>
        <w:t>6. Dane będą przechowywane przez okres prowadzenia naboru, a następnie przez okres wynikający z obowiązujących przepisów kancelaryjno-archiwalnych i jednolitego rzeczowego wykazu akt oraz, w uzasadnionych przypadkach, przez okres niezbędny do ustalenia, dochodzenia lub obrony ewentualnych roszczeń. Dane przetwarzane wyłącznie na podstawie zgody są przetwarzane do czasu jej wycofania, z zastrzeżeniem obowiązujących przepisów dotyczących przechowywania dokumentacji.</w:t>
      </w:r>
    </w:p>
    <w:p w14:paraId="4F105F93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b/>
          <w:lang w:val="pl-PL"/>
        </w:rPr>
        <w:t xml:space="preserve">7. </w:t>
      </w:r>
      <w:r w:rsidRPr="00152D13">
        <w:rPr>
          <w:lang w:val="pl-PL"/>
        </w:rPr>
        <w:t>Przysługuje Pani/Panu – w granicach określonych w RODO – prawo dostępu do danych i uzyskania ich kopii, prawo sprostowania danych, prawo ograniczenia przetwarzania oraz, gdy zachodzą przesłanki prawne, prawo usunięcia danych. W odniesieniu do danych przetwarzanych na podstawie zgody przysługuje prawo wycofania zgody w dowolnym momencie; wycofanie zgody nie wpływa na zgodność z prawem przetwarzania dokonanego przed jej wycofaniem.</w:t>
      </w:r>
    </w:p>
    <w:p w14:paraId="422F72DA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b/>
          <w:lang w:val="pl-PL"/>
        </w:rPr>
        <w:t xml:space="preserve">8. </w:t>
      </w:r>
      <w:r w:rsidRPr="00152D13">
        <w:rPr>
          <w:lang w:val="pl-PL"/>
        </w:rPr>
        <w:t>Przysługuje Pani/Panu prawo wniesienia skargi do Prezesa Urzędu Ochrony Danych Osobowych, ul. Stawki 2, 00-193 Warszawa.</w:t>
      </w:r>
    </w:p>
    <w:p w14:paraId="3155F6FA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b/>
          <w:lang w:val="pl-PL"/>
        </w:rPr>
        <w:t xml:space="preserve">9. </w:t>
      </w:r>
      <w:r w:rsidRPr="00152D13">
        <w:rPr>
          <w:lang w:val="pl-PL"/>
        </w:rPr>
        <w:t>Podanie danych wymaganych przepisami prawa jest niezbędne do udziału w naborze. Niepodanie tych danych uniemożliwi rozpatrzenie oferty. Podanie danych dodatkowych jest dobrowolne, a brak zgody na ich przetwarzanie nie może być podstawą niekorzystnego traktowania kandydata.</w:t>
      </w:r>
    </w:p>
    <w:p w14:paraId="49F0B03C" w14:textId="77777777" w:rsidR="00804731" w:rsidRPr="00152D13" w:rsidRDefault="00000000">
      <w:pPr>
        <w:spacing w:after="80"/>
        <w:ind w:left="283" w:hanging="283"/>
        <w:rPr>
          <w:lang w:val="pl-PL"/>
        </w:rPr>
      </w:pPr>
      <w:r w:rsidRPr="00152D13">
        <w:rPr>
          <w:b/>
          <w:lang w:val="pl-PL"/>
        </w:rPr>
        <w:t xml:space="preserve">10. </w:t>
      </w:r>
      <w:r w:rsidRPr="00152D13">
        <w:rPr>
          <w:lang w:val="pl-PL"/>
        </w:rPr>
        <w:t>Dane nie będą wykorzystywane do podejmowania decyzji wyłącznie w sposób zautomatyzowany ani do profilowania.</w:t>
      </w:r>
    </w:p>
    <w:p w14:paraId="31A5B85A" w14:textId="77777777" w:rsidR="009B0F6C" w:rsidRPr="006D0988" w:rsidRDefault="00000000">
      <w:pPr>
        <w:keepNext/>
        <w:pageBreakBefore/>
        <w:spacing w:after="160"/>
        <w:jc w:val="right"/>
        <w:rPr>
          <w:lang w:val="pl-PL"/>
        </w:rPr>
      </w:pPr>
      <w:r w:rsidRPr="006D0988">
        <w:rPr>
          <w:sz w:val="19"/>
          <w:lang w:val="pl-PL"/>
        </w:rPr>
        <w:lastRenderedPageBreak/>
        <w:t>Załącznik nr 1 do ogłoszenia o naborze</w:t>
      </w:r>
      <w:r w:rsidRPr="006D0988">
        <w:rPr>
          <w:sz w:val="19"/>
          <w:lang w:val="pl-PL"/>
        </w:rPr>
        <w:br/>
        <w:t xml:space="preserve">na stanowisko </w:t>
      </w:r>
      <w:r w:rsidR="003F6DAB">
        <w:rPr>
          <w:sz w:val="19"/>
          <w:lang w:val="pl-PL"/>
        </w:rPr>
        <w:t>Sekretarza Gminy Pawłów</w:t>
      </w:r>
    </w:p>
    <w:p w14:paraId="3D9E2445" w14:textId="77777777" w:rsidR="009B0F6C" w:rsidRPr="006D0988" w:rsidRDefault="00000000">
      <w:pPr>
        <w:keepNext/>
        <w:spacing w:before="120" w:after="160"/>
        <w:jc w:val="center"/>
        <w:rPr>
          <w:lang w:val="pl-PL"/>
        </w:rPr>
      </w:pPr>
      <w:r w:rsidRPr="006D0988">
        <w:rPr>
          <w:b/>
          <w:sz w:val="26"/>
          <w:lang w:val="pl-PL"/>
        </w:rPr>
        <w:t>KWESTIONARIUSZ OSOBOWY</w:t>
      </w:r>
      <w:r w:rsidRPr="006D0988">
        <w:rPr>
          <w:b/>
          <w:sz w:val="26"/>
          <w:lang w:val="pl-PL"/>
        </w:rPr>
        <w:br/>
        <w:t>DLA OSOBY UBIEGAJĄCEJ SIĘ O ZATRUDNIENIE</w:t>
      </w:r>
    </w:p>
    <w:p w14:paraId="76E24128" w14:textId="77777777" w:rsidR="009B0F6C" w:rsidRPr="006D0988" w:rsidRDefault="00000000">
      <w:pPr>
        <w:keepNext/>
        <w:spacing w:after="200"/>
        <w:jc w:val="center"/>
        <w:rPr>
          <w:lang w:val="pl-PL"/>
        </w:rPr>
      </w:pPr>
      <w:r w:rsidRPr="006D0988">
        <w:rPr>
          <w:b/>
          <w:lang w:val="pl-PL"/>
        </w:rPr>
        <w:t xml:space="preserve">Stanowisko: </w:t>
      </w:r>
      <w:r w:rsidR="003F6DAB">
        <w:rPr>
          <w:b/>
          <w:lang w:val="pl-PL"/>
        </w:rPr>
        <w:t>Sekretarz Gminy Pawłów</w:t>
      </w:r>
    </w:p>
    <w:p w14:paraId="60EA906B" w14:textId="77777777" w:rsidR="009B0F6C" w:rsidRPr="006D0988" w:rsidRDefault="00000000">
      <w:pPr>
        <w:keepNext/>
        <w:spacing w:before="40" w:after="40"/>
        <w:rPr>
          <w:lang w:val="pl-PL"/>
        </w:rPr>
      </w:pPr>
      <w:r w:rsidRPr="006D0988">
        <w:rPr>
          <w:b/>
          <w:lang w:val="pl-PL"/>
        </w:rPr>
        <w:t>1. Imię (imiona) i nazwisko:</w:t>
      </w:r>
    </w:p>
    <w:p w14:paraId="21B34080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t>........................................................................................................................................</w:t>
      </w:r>
    </w:p>
    <w:p w14:paraId="74BE29FD" w14:textId="77777777" w:rsidR="009B0F6C" w:rsidRPr="006D0988" w:rsidRDefault="00000000">
      <w:pPr>
        <w:keepNext/>
        <w:spacing w:before="40" w:after="40"/>
        <w:rPr>
          <w:lang w:val="pl-PL"/>
        </w:rPr>
      </w:pPr>
      <w:r w:rsidRPr="006D0988">
        <w:rPr>
          <w:b/>
          <w:lang w:val="pl-PL"/>
        </w:rPr>
        <w:t>2. Data urodzenia:</w:t>
      </w:r>
    </w:p>
    <w:p w14:paraId="3E5DD7A8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t>........................................................................................................................................</w:t>
      </w:r>
    </w:p>
    <w:p w14:paraId="31270E8A" w14:textId="77777777" w:rsidR="009B0F6C" w:rsidRPr="006D0988" w:rsidRDefault="00000000">
      <w:pPr>
        <w:keepNext/>
        <w:spacing w:before="40" w:after="40"/>
        <w:rPr>
          <w:lang w:val="pl-PL"/>
        </w:rPr>
      </w:pPr>
      <w:r w:rsidRPr="006D0988">
        <w:rPr>
          <w:b/>
          <w:lang w:val="pl-PL"/>
        </w:rPr>
        <w:t>3. Dane kontaktowe wskazane przez osobę ubiegającą się o zatrudnienie:</w:t>
      </w:r>
      <w:r w:rsidRPr="006D0988">
        <w:rPr>
          <w:i/>
          <w:sz w:val="19"/>
          <w:lang w:val="pl-PL"/>
        </w:rPr>
        <w:t xml:space="preserve"> (np. numer telefonu, adres poczty elektronicznej lub adres do korespondencji – według wyboru kandydata)</w:t>
      </w:r>
    </w:p>
    <w:p w14:paraId="42659B0D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t>........................................................................................................................................</w:t>
      </w:r>
    </w:p>
    <w:p w14:paraId="4EFA102C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t>........................................................................................................................................</w:t>
      </w:r>
    </w:p>
    <w:p w14:paraId="6A4B48A4" w14:textId="77777777" w:rsidR="009B0F6C" w:rsidRPr="006D0988" w:rsidRDefault="00000000">
      <w:pPr>
        <w:spacing w:before="80"/>
        <w:rPr>
          <w:lang w:val="pl-PL"/>
        </w:rPr>
      </w:pPr>
      <w:r w:rsidRPr="006D0988">
        <w:rPr>
          <w:b/>
          <w:lang w:val="pl-PL"/>
        </w:rPr>
        <w:t>4. Wykształcenie: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B0F6C" w:rsidRPr="006D0988" w14:paraId="1622A1D5" w14:textId="77777777">
        <w:trPr>
          <w:cantSplit/>
          <w:tblHeader/>
          <w:jc w:val="center"/>
        </w:trPr>
        <w:tc>
          <w:tcPr>
            <w:tcW w:w="240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EA18E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Nazwa szkoły / uczelni</w:t>
            </w:r>
          </w:p>
        </w:tc>
        <w:tc>
          <w:tcPr>
            <w:tcW w:w="240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8A698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Okres nauki</w:t>
            </w:r>
          </w:p>
        </w:tc>
        <w:tc>
          <w:tcPr>
            <w:tcW w:w="240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BDF2D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Kierunek / specjalność</w:t>
            </w:r>
          </w:p>
        </w:tc>
        <w:tc>
          <w:tcPr>
            <w:tcW w:w="240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D7F89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Uzyskany tytuł / poziom</w:t>
            </w:r>
          </w:p>
        </w:tc>
      </w:tr>
      <w:tr w:rsidR="009B0F6C" w:rsidRPr="006D0988" w14:paraId="45260E4F" w14:textId="77777777">
        <w:trPr>
          <w:cantSplit/>
          <w:trHeight w:val="560"/>
          <w:jc w:val="center"/>
        </w:trPr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A733FB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820897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904B9E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B1C02B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5166E76F" w14:textId="77777777">
        <w:trPr>
          <w:cantSplit/>
          <w:trHeight w:val="560"/>
          <w:jc w:val="center"/>
        </w:trPr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FFBA9F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A7625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758C9C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A01C35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45F7B6ED" w14:textId="77777777">
        <w:trPr>
          <w:cantSplit/>
          <w:trHeight w:val="560"/>
          <w:jc w:val="center"/>
        </w:trPr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9606B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84D392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554B0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7EDD2C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6A8B4748" w14:textId="77777777">
        <w:trPr>
          <w:cantSplit/>
          <w:trHeight w:val="560"/>
          <w:jc w:val="center"/>
        </w:trPr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1890C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63813A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616F2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F2FAC6" w14:textId="77777777" w:rsidR="009B0F6C" w:rsidRPr="006D0988" w:rsidRDefault="009B0F6C">
            <w:pPr>
              <w:rPr>
                <w:lang w:val="pl-PL"/>
              </w:rPr>
            </w:pPr>
          </w:p>
        </w:tc>
      </w:tr>
    </w:tbl>
    <w:p w14:paraId="7C3A8EB0" w14:textId="77777777" w:rsidR="009B0F6C" w:rsidRPr="006D0988" w:rsidRDefault="00000000">
      <w:pPr>
        <w:spacing w:before="120"/>
        <w:rPr>
          <w:lang w:val="pl-PL"/>
        </w:rPr>
      </w:pPr>
      <w:r w:rsidRPr="006D0988">
        <w:rPr>
          <w:b/>
          <w:lang w:val="pl-PL"/>
        </w:rPr>
        <w:t>5. Kwalifikacje zawodowe: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9B0F6C" w:rsidRPr="006D0988" w14:paraId="381EACBB" w14:textId="77777777">
        <w:trPr>
          <w:cantSplit/>
          <w:tblHeader/>
          <w:jc w:val="center"/>
        </w:trPr>
        <w:tc>
          <w:tcPr>
            <w:tcW w:w="3213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0E79A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Nazwa kwalifikacji, uprawnienia, kursu lub szkolenia</w:t>
            </w:r>
          </w:p>
        </w:tc>
        <w:tc>
          <w:tcPr>
            <w:tcW w:w="3213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1EDEB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Instytucja / organizator</w:t>
            </w:r>
          </w:p>
        </w:tc>
        <w:tc>
          <w:tcPr>
            <w:tcW w:w="3213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1044C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Data uzyskania / okres ważności</w:t>
            </w:r>
          </w:p>
        </w:tc>
      </w:tr>
      <w:tr w:rsidR="009B0F6C" w:rsidRPr="006D0988" w14:paraId="59137256" w14:textId="77777777">
        <w:trPr>
          <w:cantSplit/>
          <w:trHeight w:val="520"/>
          <w:jc w:val="center"/>
        </w:trPr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D5429A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68B80F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69CE13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3E2FD87C" w14:textId="77777777">
        <w:trPr>
          <w:cantSplit/>
          <w:trHeight w:val="520"/>
          <w:jc w:val="center"/>
        </w:trPr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16395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A382BF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DBAAB0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0641AE72" w14:textId="77777777">
        <w:trPr>
          <w:cantSplit/>
          <w:trHeight w:val="520"/>
          <w:jc w:val="center"/>
        </w:trPr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90EFE0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4F549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6E0EFC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5B8D112B" w14:textId="77777777">
        <w:trPr>
          <w:cantSplit/>
          <w:trHeight w:val="520"/>
          <w:jc w:val="center"/>
        </w:trPr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CDF72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902FD3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876726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627C2F3B" w14:textId="77777777">
        <w:trPr>
          <w:cantSplit/>
          <w:trHeight w:val="520"/>
          <w:jc w:val="center"/>
        </w:trPr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D87BE8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165298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6B467E" w14:textId="77777777" w:rsidR="009B0F6C" w:rsidRPr="006D0988" w:rsidRDefault="009B0F6C">
            <w:pPr>
              <w:rPr>
                <w:lang w:val="pl-PL"/>
              </w:rPr>
            </w:pPr>
          </w:p>
        </w:tc>
      </w:tr>
    </w:tbl>
    <w:p w14:paraId="512CD402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br w:type="page"/>
      </w:r>
    </w:p>
    <w:p w14:paraId="3FCE27F2" w14:textId="77777777" w:rsidR="009B0F6C" w:rsidRPr="006D0988" w:rsidRDefault="00000000">
      <w:pPr>
        <w:rPr>
          <w:lang w:val="pl-PL"/>
        </w:rPr>
      </w:pPr>
      <w:r w:rsidRPr="006D0988">
        <w:rPr>
          <w:b/>
          <w:lang w:val="pl-PL"/>
        </w:rPr>
        <w:lastRenderedPageBreak/>
        <w:t>6. Przebieg dotychczasowego zatrudnienia: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9B0F6C" w:rsidRPr="006D0988" w14:paraId="7567F429" w14:textId="77777777" w:rsidTr="00337BA9">
        <w:trPr>
          <w:cantSplit/>
          <w:tblHeader/>
          <w:jc w:val="center"/>
        </w:trPr>
        <w:tc>
          <w:tcPr>
            <w:tcW w:w="3210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DF32DF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Okres zatrudnienia</w:t>
            </w:r>
            <w:r w:rsidRPr="006D0988">
              <w:rPr>
                <w:b/>
                <w:sz w:val="18"/>
                <w:lang w:val="pl-PL"/>
              </w:rPr>
              <w:br/>
              <w:t>od – do</w:t>
            </w:r>
          </w:p>
        </w:tc>
        <w:tc>
          <w:tcPr>
            <w:tcW w:w="320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F8B8D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Nazwa i siedziba pracodawcy</w:t>
            </w:r>
          </w:p>
        </w:tc>
        <w:tc>
          <w:tcPr>
            <w:tcW w:w="320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96157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b/>
                <w:sz w:val="18"/>
                <w:lang w:val="pl-PL"/>
              </w:rPr>
              <w:t>Stanowisko / rodzaj wykonywanej pracy</w:t>
            </w:r>
          </w:p>
        </w:tc>
      </w:tr>
      <w:tr w:rsidR="009B0F6C" w:rsidRPr="006D0988" w14:paraId="7799E094" w14:textId="77777777" w:rsidTr="00337BA9">
        <w:trPr>
          <w:cantSplit/>
          <w:trHeight w:val="560"/>
          <w:jc w:val="center"/>
        </w:trPr>
        <w:tc>
          <w:tcPr>
            <w:tcW w:w="32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0EB385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09BB13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5AA5DC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63BA53D9" w14:textId="77777777" w:rsidTr="00337BA9">
        <w:trPr>
          <w:cantSplit/>
          <w:trHeight w:val="560"/>
          <w:jc w:val="center"/>
        </w:trPr>
        <w:tc>
          <w:tcPr>
            <w:tcW w:w="32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49911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50EF68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D5BE0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5B72598B" w14:textId="77777777" w:rsidTr="00337BA9">
        <w:trPr>
          <w:cantSplit/>
          <w:trHeight w:val="560"/>
          <w:jc w:val="center"/>
        </w:trPr>
        <w:tc>
          <w:tcPr>
            <w:tcW w:w="32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2FA3D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AE550B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012EEF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3229B36F" w14:textId="77777777" w:rsidTr="00337BA9">
        <w:trPr>
          <w:cantSplit/>
          <w:trHeight w:val="560"/>
          <w:jc w:val="center"/>
        </w:trPr>
        <w:tc>
          <w:tcPr>
            <w:tcW w:w="32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E217B7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4A8B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A2BA8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1929B88C" w14:textId="77777777" w:rsidTr="00337BA9">
        <w:trPr>
          <w:cantSplit/>
          <w:trHeight w:val="560"/>
          <w:jc w:val="center"/>
        </w:trPr>
        <w:tc>
          <w:tcPr>
            <w:tcW w:w="32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57648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74A2D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565A8" w14:textId="77777777" w:rsidR="009B0F6C" w:rsidRPr="006D0988" w:rsidRDefault="009B0F6C">
            <w:pPr>
              <w:rPr>
                <w:lang w:val="pl-PL"/>
              </w:rPr>
            </w:pPr>
          </w:p>
        </w:tc>
      </w:tr>
      <w:tr w:rsidR="009B0F6C" w:rsidRPr="006D0988" w14:paraId="036B76D3" w14:textId="77777777" w:rsidTr="00337BA9">
        <w:trPr>
          <w:cantSplit/>
          <w:trHeight w:val="560"/>
          <w:jc w:val="center"/>
        </w:trPr>
        <w:tc>
          <w:tcPr>
            <w:tcW w:w="32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99684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3046FB" w14:textId="77777777" w:rsidR="009B0F6C" w:rsidRPr="006D0988" w:rsidRDefault="009B0F6C">
            <w:pPr>
              <w:rPr>
                <w:lang w:val="pl-PL"/>
              </w:rPr>
            </w:pPr>
          </w:p>
        </w:tc>
        <w:tc>
          <w:tcPr>
            <w:tcW w:w="32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1FDCEF" w14:textId="77777777" w:rsidR="009B0F6C" w:rsidRPr="006D0988" w:rsidRDefault="009B0F6C">
            <w:pPr>
              <w:rPr>
                <w:lang w:val="pl-PL"/>
              </w:rPr>
            </w:pPr>
          </w:p>
        </w:tc>
      </w:tr>
    </w:tbl>
    <w:p w14:paraId="4CBA2065" w14:textId="77777777" w:rsidR="009B0F6C" w:rsidRPr="00152D13" w:rsidRDefault="00000000">
      <w:pPr>
        <w:spacing w:before="140"/>
        <w:rPr>
          <w:lang w:val="pl-PL"/>
        </w:rPr>
      </w:pPr>
      <w:r w:rsidRPr="00D60CB1">
        <w:rPr>
          <w:color w:val="000000"/>
          <w:sz w:val="19"/>
          <w:lang w:val="pl-PL"/>
        </w:rPr>
        <w:t>7. Inne dane lub umiejętności istotne dla stanowiska – podawane dobrowolnie:</w:t>
      </w:r>
      <w:r w:rsidRPr="00D60CB1">
        <w:rPr>
          <w:color w:val="000000"/>
          <w:sz w:val="19"/>
          <w:lang w:val="pl-PL"/>
        </w:rPr>
        <w:br/>
        <w:t xml:space="preserve">(np. znajomość systemów informatycznych i programów biurowych, języków obcych, posiadane prawo </w:t>
      </w:r>
      <w:r w:rsidRPr="00152D13">
        <w:rPr>
          <w:sz w:val="19"/>
          <w:lang w:val="pl-PL"/>
        </w:rPr>
        <w:t>jazdy; bez informacji o wynagrodzeniu w obecnym lub poprzednich stosunkach pracy)</w:t>
      </w:r>
    </w:p>
    <w:p w14:paraId="1B798ED2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t>........................................................................................................................................</w:t>
      </w:r>
    </w:p>
    <w:p w14:paraId="2168D6BF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t>........................................................................................................................................</w:t>
      </w:r>
    </w:p>
    <w:p w14:paraId="4E0329AA" w14:textId="77777777" w:rsidR="009B0F6C" w:rsidRPr="006D0988" w:rsidRDefault="00000000">
      <w:pPr>
        <w:rPr>
          <w:lang w:val="pl-PL"/>
        </w:rPr>
      </w:pPr>
      <w:r w:rsidRPr="006D0988">
        <w:rPr>
          <w:lang w:val="pl-PL"/>
        </w:rPr>
        <w:t>........................................................................................................................................</w:t>
      </w:r>
    </w:p>
    <w:p w14:paraId="6A623526" w14:textId="77777777" w:rsidR="006D0988" w:rsidRDefault="006D0988">
      <w:pPr>
        <w:spacing w:before="160" w:after="160"/>
        <w:jc w:val="both"/>
        <w:rPr>
          <w:sz w:val="19"/>
          <w:lang w:val="pl-PL"/>
        </w:rPr>
      </w:pPr>
    </w:p>
    <w:p w14:paraId="549DDD34" w14:textId="77777777" w:rsidR="009B0F6C" w:rsidRDefault="00000000">
      <w:pPr>
        <w:spacing w:before="160" w:after="160"/>
        <w:jc w:val="both"/>
        <w:rPr>
          <w:sz w:val="19"/>
          <w:lang w:val="pl-PL"/>
        </w:rPr>
      </w:pPr>
      <w:r w:rsidRPr="006D0988">
        <w:rPr>
          <w:sz w:val="19"/>
          <w:lang w:val="pl-PL"/>
        </w:rPr>
        <w:t>Oświadczam, że dane podane w kwestionariuszu są zgodne z prawdą. Przyjmuję do wiadomości, że dane wskazane w pkt 7 są podawane dobrowolnie i będą przetwarzane na zasadach określonych w klauzuli informacyjnej zamieszczonej w ogłoszeniu o naborze.</w:t>
      </w:r>
    </w:p>
    <w:p w14:paraId="473BEB08" w14:textId="77777777" w:rsidR="006D0988" w:rsidRDefault="006D0988">
      <w:pPr>
        <w:spacing w:before="160" w:after="160"/>
        <w:jc w:val="both"/>
        <w:rPr>
          <w:sz w:val="19"/>
          <w:lang w:val="pl-PL"/>
        </w:rPr>
      </w:pPr>
    </w:p>
    <w:p w14:paraId="60B47542" w14:textId="77777777" w:rsidR="006D0988" w:rsidRPr="006D0988" w:rsidRDefault="006D0988">
      <w:pPr>
        <w:spacing w:before="160" w:after="16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9B0F6C" w:rsidRPr="006D0988" w14:paraId="13295816" w14:textId="77777777">
        <w:trPr>
          <w:cantSplit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6035FA3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sz w:val="19"/>
                <w:lang w:val="pl-PL"/>
              </w:rPr>
              <w:t>................................................</w:t>
            </w:r>
            <w:r w:rsidRPr="006D0988">
              <w:rPr>
                <w:sz w:val="19"/>
                <w:lang w:val="pl-PL"/>
              </w:rPr>
              <w:br/>
              <w:t>(miejscowość i data)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A78B0F4" w14:textId="77777777" w:rsidR="009B0F6C" w:rsidRPr="006D0988" w:rsidRDefault="00000000">
            <w:pPr>
              <w:jc w:val="center"/>
              <w:rPr>
                <w:lang w:val="pl-PL"/>
              </w:rPr>
            </w:pPr>
            <w:r w:rsidRPr="006D0988">
              <w:rPr>
                <w:sz w:val="19"/>
                <w:lang w:val="pl-PL"/>
              </w:rPr>
              <w:t>................................................</w:t>
            </w:r>
            <w:r w:rsidRPr="006D0988">
              <w:rPr>
                <w:sz w:val="19"/>
                <w:lang w:val="pl-PL"/>
              </w:rPr>
              <w:br/>
              <w:t>(czytelny podpis kandydata)</w:t>
            </w:r>
          </w:p>
        </w:tc>
      </w:tr>
      <w:tr w:rsidR="009B0F6C" w:rsidRPr="00B333A8" w14:paraId="6CF84B7E" w14:textId="77777777">
        <w:trPr>
          <w:cantSplit/>
          <w:jc w:val="center"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4F67F" w14:textId="77777777" w:rsidR="006D0988" w:rsidRDefault="006D0988">
            <w:pPr>
              <w:jc w:val="both"/>
              <w:rPr>
                <w:i/>
                <w:sz w:val="17"/>
                <w:lang w:val="pl-PL"/>
              </w:rPr>
            </w:pPr>
          </w:p>
          <w:p w14:paraId="091129F3" w14:textId="77777777" w:rsidR="009B0F6C" w:rsidRDefault="00000000">
            <w:pPr>
              <w:jc w:val="both"/>
              <w:rPr>
                <w:i/>
                <w:sz w:val="17"/>
                <w:lang w:val="pl-PL"/>
              </w:rPr>
            </w:pPr>
            <w:r w:rsidRPr="006D0988">
              <w:rPr>
                <w:i/>
                <w:sz w:val="17"/>
                <w:lang w:val="pl-PL"/>
              </w:rPr>
              <w:t>Podstawa zakresu danych: art. 22¹ § 1–2 Kodeksu pracy. Pracodawca może żądać danych o wykształceniu, kwalifikacjach zawodowych i przebiegu zatrudnienia, gdy są one niezbędne do wykonywania pracy na danym stanowisku.</w:t>
            </w:r>
          </w:p>
          <w:p w14:paraId="72831183" w14:textId="77777777" w:rsidR="00337BA9" w:rsidRDefault="00337BA9">
            <w:pPr>
              <w:jc w:val="both"/>
              <w:rPr>
                <w:i/>
                <w:sz w:val="17"/>
                <w:lang w:val="pl-PL"/>
              </w:rPr>
            </w:pPr>
          </w:p>
          <w:p w14:paraId="2943BE4F" w14:textId="77777777" w:rsidR="00337BA9" w:rsidRPr="006D0988" w:rsidRDefault="00337BA9" w:rsidP="00337BA9">
            <w:pPr>
              <w:spacing w:before="120"/>
              <w:rPr>
                <w:b/>
                <w:lang w:val="pl-PL"/>
              </w:rPr>
            </w:pPr>
            <w:r w:rsidRPr="006D0988">
              <w:rPr>
                <w:b/>
                <w:lang w:val="pl-PL"/>
              </w:rPr>
              <w:t>Klauzula zgody na dane dodatkowe – tylko gdy kandydat zamieszcza w dokumentach dane wykraczające poza zakres wymagany przepisami:</w:t>
            </w:r>
          </w:p>
          <w:p w14:paraId="26E8AFF2" w14:textId="77777777" w:rsidR="00337BA9" w:rsidRPr="006D0988" w:rsidRDefault="00337BA9" w:rsidP="00337BA9">
            <w:pPr>
              <w:spacing w:before="120"/>
              <w:rPr>
                <w:lang w:val="pl-PL"/>
              </w:rPr>
            </w:pPr>
          </w:p>
          <w:tbl>
            <w:tblPr>
              <w:tblStyle w:val="Tabela-Siatka"/>
              <w:tblW w:w="9493" w:type="dxa"/>
              <w:jc w:val="center"/>
              <w:shd w:val="clear" w:color="auto" w:fill="EEECE1" w:themeFill="background2"/>
              <w:tblLook w:val="04A0" w:firstRow="1" w:lastRow="0" w:firstColumn="1" w:lastColumn="0" w:noHBand="0" w:noVBand="1"/>
            </w:tblPr>
            <w:tblGrid>
              <w:gridCol w:w="9493"/>
            </w:tblGrid>
            <w:tr w:rsidR="00337BA9" w:rsidRPr="00B333A8" w14:paraId="017F4B00" w14:textId="77777777" w:rsidTr="001226BE">
              <w:trPr>
                <w:cantSplit/>
                <w:jc w:val="center"/>
              </w:trPr>
              <w:tc>
                <w:tcPr>
                  <w:tcW w:w="9493" w:type="dxa"/>
                  <w:shd w:val="clear" w:color="auto" w:fill="EEECE1" w:themeFill="background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47B2A92F" w14:textId="77777777" w:rsidR="00337BA9" w:rsidRPr="006D0988" w:rsidRDefault="00337BA9" w:rsidP="00337BA9">
                  <w:pPr>
                    <w:rPr>
                      <w:lang w:val="pl-PL"/>
                    </w:rPr>
                  </w:pPr>
                  <w:r w:rsidRPr="00D60CB1">
                    <w:rPr>
                      <w:i/>
                      <w:color w:val="000000"/>
                      <w:lang w:val="pl-PL"/>
                    </w:rPr>
                    <w:t xml:space="preserve">„Wyrażam zgodę na przetwarzanie </w:t>
                  </w:r>
                  <w:r w:rsidRPr="00152D13">
                    <w:rPr>
                      <w:i/>
                      <w:lang w:val="pl-PL"/>
                    </w:rPr>
                    <w:t xml:space="preserve">przez Urząd Gminy w Pawłowie </w:t>
                  </w:r>
                  <w:r w:rsidRPr="00D60CB1">
                    <w:rPr>
                      <w:i/>
                      <w:color w:val="000000"/>
                      <w:lang w:val="pl-PL"/>
                    </w:rPr>
                    <w:t>danych osobowych zawartych w dokumentach aplikacyjnych, które wykraczają poza zakres danych wymaganych przepisami prawa, w celu przeprowadzenia niniejszego naboru. Zostałam/em poinformowana/y, że zgodę mogę wycofać w dowolnym momencie, bez wpływu na zgodność z prawem wcześniejszego przetwarzania.”</w:t>
                  </w:r>
                </w:p>
                <w:p w14:paraId="2C115AD9" w14:textId="77777777" w:rsidR="00337BA9" w:rsidRPr="006D0988" w:rsidRDefault="00337BA9" w:rsidP="00337BA9">
                  <w:pPr>
                    <w:jc w:val="right"/>
                    <w:rPr>
                      <w:lang w:val="pl-PL"/>
                    </w:rPr>
                  </w:pPr>
                </w:p>
                <w:p w14:paraId="30D70A74" w14:textId="77777777" w:rsidR="00337BA9" w:rsidRPr="006D0988" w:rsidRDefault="00337BA9" w:rsidP="00337BA9">
                  <w:pPr>
                    <w:jc w:val="right"/>
                    <w:rPr>
                      <w:lang w:val="pl-PL"/>
                    </w:rPr>
                  </w:pPr>
                </w:p>
                <w:p w14:paraId="44B8D2E4" w14:textId="77777777" w:rsidR="00337BA9" w:rsidRPr="006D0988" w:rsidRDefault="00337BA9" w:rsidP="00337BA9">
                  <w:pPr>
                    <w:jc w:val="right"/>
                    <w:rPr>
                      <w:lang w:val="pl-PL"/>
                    </w:rPr>
                  </w:pPr>
                  <w:r w:rsidRPr="006D0988">
                    <w:rPr>
                      <w:lang w:val="pl-PL"/>
                    </w:rPr>
                    <w:t>………</w:t>
                  </w:r>
                  <w:r>
                    <w:rPr>
                      <w:lang w:val="pl-PL"/>
                    </w:rPr>
                    <w:t>……………….</w:t>
                  </w:r>
                  <w:r w:rsidRPr="006D0988">
                    <w:rPr>
                      <w:lang w:val="pl-PL"/>
                    </w:rPr>
                    <w:t>……………………………</w:t>
                  </w:r>
                  <w:r w:rsidRPr="006D0988">
                    <w:rPr>
                      <w:lang w:val="pl-PL"/>
                    </w:rPr>
                    <w:br/>
                  </w:r>
                  <w:r>
                    <w:rPr>
                      <w:lang w:val="pl-PL"/>
                    </w:rPr>
                    <w:t xml:space="preserve">miejscowość, </w:t>
                  </w:r>
                  <w:r w:rsidRPr="006D0988">
                    <w:rPr>
                      <w:lang w:val="pl-PL"/>
                    </w:rPr>
                    <w:t>data i podpis kandydata</w:t>
                  </w:r>
                </w:p>
              </w:tc>
            </w:tr>
          </w:tbl>
          <w:p w14:paraId="0B6CEE22" w14:textId="77777777" w:rsidR="00337BA9" w:rsidRPr="006D0988" w:rsidRDefault="00337BA9">
            <w:pPr>
              <w:jc w:val="both"/>
              <w:rPr>
                <w:lang w:val="pl-PL"/>
              </w:rPr>
            </w:pPr>
          </w:p>
        </w:tc>
      </w:tr>
    </w:tbl>
    <w:p w14:paraId="0C750E82" w14:textId="77777777" w:rsidR="00EB110F" w:rsidRPr="006D0988" w:rsidRDefault="00EB110F" w:rsidP="00D60CB1">
      <w:pPr>
        <w:rPr>
          <w:lang w:val="pl-PL"/>
        </w:rPr>
      </w:pPr>
    </w:p>
    <w:sectPr w:rsidR="00EB110F" w:rsidRPr="006D0988" w:rsidSect="00B333A8">
      <w:footerReference w:type="default" r:id="rId8"/>
      <w:pgSz w:w="11906" w:h="16838"/>
      <w:pgMar w:top="709" w:right="1134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7F24" w14:textId="77777777" w:rsidR="004046A0" w:rsidRDefault="004046A0">
      <w:pPr>
        <w:spacing w:after="0" w:line="240" w:lineRule="auto"/>
      </w:pPr>
      <w:r>
        <w:separator/>
      </w:r>
    </w:p>
  </w:endnote>
  <w:endnote w:type="continuationSeparator" w:id="0">
    <w:p w14:paraId="65B58B6B" w14:textId="77777777" w:rsidR="004046A0" w:rsidRDefault="00404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60D7F" w14:textId="77777777" w:rsidR="00804731" w:rsidRDefault="00000000">
    <w:pPr>
      <w:pStyle w:val="Stopka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D77072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1E54" w14:textId="77777777" w:rsidR="004046A0" w:rsidRDefault="004046A0">
      <w:pPr>
        <w:spacing w:after="0" w:line="240" w:lineRule="auto"/>
      </w:pPr>
      <w:r>
        <w:separator/>
      </w:r>
    </w:p>
  </w:footnote>
  <w:footnote w:type="continuationSeparator" w:id="0">
    <w:p w14:paraId="74373550" w14:textId="77777777" w:rsidR="004046A0" w:rsidRDefault="00404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EC5150"/>
    <w:multiLevelType w:val="hybridMultilevel"/>
    <w:tmpl w:val="61765DFE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0" w15:restartNumberingAfterBreak="0">
    <w:nsid w:val="0C3C1016"/>
    <w:multiLevelType w:val="hybridMultilevel"/>
    <w:tmpl w:val="C3F072D8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1" w15:restartNumberingAfterBreak="0">
    <w:nsid w:val="1B652CFF"/>
    <w:multiLevelType w:val="hybridMultilevel"/>
    <w:tmpl w:val="F85A1F68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2" w15:restartNumberingAfterBreak="0">
    <w:nsid w:val="2C503586"/>
    <w:multiLevelType w:val="multilevel"/>
    <w:tmpl w:val="1516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D31955"/>
    <w:multiLevelType w:val="hybridMultilevel"/>
    <w:tmpl w:val="180E3990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4" w15:restartNumberingAfterBreak="0">
    <w:nsid w:val="3905226A"/>
    <w:multiLevelType w:val="hybridMultilevel"/>
    <w:tmpl w:val="CD7A3CC8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5" w15:restartNumberingAfterBreak="0">
    <w:nsid w:val="48FD6221"/>
    <w:multiLevelType w:val="hybridMultilevel"/>
    <w:tmpl w:val="AF3AC932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6" w15:restartNumberingAfterBreak="0">
    <w:nsid w:val="4D6B4D11"/>
    <w:multiLevelType w:val="hybridMultilevel"/>
    <w:tmpl w:val="B1F82D12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7" w15:restartNumberingAfterBreak="0">
    <w:nsid w:val="5E0956CD"/>
    <w:multiLevelType w:val="hybridMultilevel"/>
    <w:tmpl w:val="7C5C6CD0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 w16cid:durableId="230233717">
    <w:abstractNumId w:val="8"/>
  </w:num>
  <w:num w:numId="2" w16cid:durableId="578028710">
    <w:abstractNumId w:val="6"/>
  </w:num>
  <w:num w:numId="3" w16cid:durableId="1132402730">
    <w:abstractNumId w:val="5"/>
  </w:num>
  <w:num w:numId="4" w16cid:durableId="787242084">
    <w:abstractNumId w:val="4"/>
  </w:num>
  <w:num w:numId="5" w16cid:durableId="143473953">
    <w:abstractNumId w:val="7"/>
  </w:num>
  <w:num w:numId="6" w16cid:durableId="360018038">
    <w:abstractNumId w:val="3"/>
  </w:num>
  <w:num w:numId="7" w16cid:durableId="278069862">
    <w:abstractNumId w:val="2"/>
  </w:num>
  <w:num w:numId="8" w16cid:durableId="1590848572">
    <w:abstractNumId w:val="1"/>
  </w:num>
  <w:num w:numId="9" w16cid:durableId="967200241">
    <w:abstractNumId w:val="0"/>
  </w:num>
  <w:num w:numId="10" w16cid:durableId="231350111">
    <w:abstractNumId w:val="15"/>
  </w:num>
  <w:num w:numId="11" w16cid:durableId="1537542323">
    <w:abstractNumId w:val="17"/>
  </w:num>
  <w:num w:numId="12" w16cid:durableId="561454481">
    <w:abstractNumId w:val="9"/>
  </w:num>
  <w:num w:numId="13" w16cid:durableId="1282955751">
    <w:abstractNumId w:val="16"/>
  </w:num>
  <w:num w:numId="14" w16cid:durableId="2084328994">
    <w:abstractNumId w:val="11"/>
  </w:num>
  <w:num w:numId="15" w16cid:durableId="975526721">
    <w:abstractNumId w:val="10"/>
  </w:num>
  <w:num w:numId="16" w16cid:durableId="201137618">
    <w:abstractNumId w:val="14"/>
  </w:num>
  <w:num w:numId="17" w16cid:durableId="757677848">
    <w:abstractNumId w:val="13"/>
  </w:num>
  <w:num w:numId="18" w16cid:durableId="1087073405">
    <w:abstractNumId w:val="12"/>
  </w:num>
  <w:num w:numId="19" w16cid:durableId="18950416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4AC"/>
    <w:rsid w:val="00051AF4"/>
    <w:rsid w:val="0006063C"/>
    <w:rsid w:val="00062FC6"/>
    <w:rsid w:val="0007755E"/>
    <w:rsid w:val="000C34F9"/>
    <w:rsid w:val="00107B4B"/>
    <w:rsid w:val="001226BE"/>
    <w:rsid w:val="00131177"/>
    <w:rsid w:val="00144D56"/>
    <w:rsid w:val="0015074B"/>
    <w:rsid w:val="00152D13"/>
    <w:rsid w:val="002105EB"/>
    <w:rsid w:val="0025360D"/>
    <w:rsid w:val="00283121"/>
    <w:rsid w:val="0029639D"/>
    <w:rsid w:val="002D7EB0"/>
    <w:rsid w:val="00326F90"/>
    <w:rsid w:val="00337BA9"/>
    <w:rsid w:val="00392499"/>
    <w:rsid w:val="003D3FFE"/>
    <w:rsid w:val="003F6DAB"/>
    <w:rsid w:val="004046A0"/>
    <w:rsid w:val="00421D8E"/>
    <w:rsid w:val="004924AB"/>
    <w:rsid w:val="00514A47"/>
    <w:rsid w:val="006013BD"/>
    <w:rsid w:val="00671A7D"/>
    <w:rsid w:val="006778D9"/>
    <w:rsid w:val="006D0988"/>
    <w:rsid w:val="006F63DF"/>
    <w:rsid w:val="00804731"/>
    <w:rsid w:val="008C4EBB"/>
    <w:rsid w:val="008C7A0C"/>
    <w:rsid w:val="008E5730"/>
    <w:rsid w:val="00903622"/>
    <w:rsid w:val="0096487F"/>
    <w:rsid w:val="00985D52"/>
    <w:rsid w:val="009B0F6C"/>
    <w:rsid w:val="009F2CAD"/>
    <w:rsid w:val="00A15923"/>
    <w:rsid w:val="00A24479"/>
    <w:rsid w:val="00A94ED1"/>
    <w:rsid w:val="00AA1D8D"/>
    <w:rsid w:val="00AE2529"/>
    <w:rsid w:val="00AE2FD3"/>
    <w:rsid w:val="00AE6646"/>
    <w:rsid w:val="00B05EDC"/>
    <w:rsid w:val="00B24F60"/>
    <w:rsid w:val="00B275D1"/>
    <w:rsid w:val="00B333A8"/>
    <w:rsid w:val="00B47730"/>
    <w:rsid w:val="00BF27DB"/>
    <w:rsid w:val="00C53D4A"/>
    <w:rsid w:val="00C969D7"/>
    <w:rsid w:val="00CB0664"/>
    <w:rsid w:val="00D21B1B"/>
    <w:rsid w:val="00D43E0D"/>
    <w:rsid w:val="00D56ADD"/>
    <w:rsid w:val="00D60CB1"/>
    <w:rsid w:val="00D77072"/>
    <w:rsid w:val="00DB0FAF"/>
    <w:rsid w:val="00DF32D8"/>
    <w:rsid w:val="00E333F3"/>
    <w:rsid w:val="00E45FDF"/>
    <w:rsid w:val="00E812E1"/>
    <w:rsid w:val="00E82BB7"/>
    <w:rsid w:val="00E965DE"/>
    <w:rsid w:val="00EA425D"/>
    <w:rsid w:val="00EA6977"/>
    <w:rsid w:val="00EB110F"/>
    <w:rsid w:val="00EC23FE"/>
    <w:rsid w:val="00ED2623"/>
    <w:rsid w:val="00F04CBA"/>
    <w:rsid w:val="00F078C4"/>
    <w:rsid w:val="00F82EB8"/>
    <w:rsid w:val="00F87FB9"/>
    <w:rsid w:val="00FC693F"/>
    <w:rsid w:val="00FF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9124F"/>
  <w14:defaultImageDpi w14:val="300"/>
  <w15:docId w15:val="{9A79FB24-44B3-408B-8EBA-6DD2E348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2323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32323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wagaprawna">
    <w:name w:val="Uwaga prawna"/>
    <w:pPr>
      <w:spacing w:before="40" w:after="80"/>
      <w:ind w:left="227"/>
    </w:pPr>
    <w:rPr>
      <w:rFonts w:ascii="Arial" w:eastAsia="Arial" w:hAnsi="Arial"/>
      <w:i/>
      <w:color w:val="C00000"/>
      <w:sz w:val="19"/>
    </w:rPr>
  </w:style>
  <w:style w:type="paragraph" w:customStyle="1" w:styleId="Listadokumentu">
    <w:name w:val="Lista dokumentu"/>
    <w:pPr>
      <w:spacing w:after="40"/>
      <w:ind w:left="369" w:hanging="255"/>
    </w:pPr>
    <w:rPr>
      <w:rFonts w:ascii="Arial" w:eastAsia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7</Pages>
  <Words>2321</Words>
  <Characters>13926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218/2026 – nabór na Sekretarza Gminy Pawłów (wersja po korekcie)</vt:lpstr>
      <vt:lpstr/>
    </vt:vector>
  </TitlesOfParts>
  <Manager/>
  <Company/>
  <LinksUpToDate>false</LinksUpToDate>
  <CharactersWithSpaces>16215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218/2026 – nabór na Sekretarza Gminy Pawłów (wersja po korekcie)</dc:title>
  <dc:subject>Wersja robocza z poprawkami oznaczonymi kolorem czerwonym</dc:subject>
  <dc:creator>OpenAI</dc:creator>
  <cp:keywords>nabór; sekretarz gminy; korekta; czerwone zmiany</cp:keywords>
  <dc:description>Zmiany i propozycje oznaczono kolorem czerwonym.</dc:description>
  <cp:lastModifiedBy>Szymon Kosiarski</cp:lastModifiedBy>
  <cp:revision>6</cp:revision>
  <cp:lastPrinted>2026-11-05T10:41:00Z</cp:lastPrinted>
  <dcterms:created xsi:type="dcterms:W3CDTF">2026-11-04T13:38:00Z</dcterms:created>
  <dcterms:modified xsi:type="dcterms:W3CDTF">2026-11-05T10:48:00Z</dcterms:modified>
  <cp:category/>
</cp:coreProperties>
</file>